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60C7" w14:textId="77777777" w:rsidR="002E753D" w:rsidRPr="002E753D" w:rsidRDefault="007A1573" w:rsidP="002E753D">
      <w:pPr>
        <w:pStyle w:val="Title"/>
        <w:jc w:val="center"/>
        <w:rPr>
          <w:rFonts w:ascii="Times New Roman" w:hAnsi="Times New Roman" w:cs="Times New Roman"/>
          <w:b/>
          <w:bCs/>
        </w:rPr>
      </w:pPr>
      <w:proofErr w:type="spellStart"/>
      <w:r w:rsidRPr="002E753D">
        <w:rPr>
          <w:rFonts w:ascii="Times New Roman" w:hAnsi="Times New Roman" w:cs="Times New Roman"/>
          <w:b/>
          <w:bCs/>
        </w:rPr>
        <w:t>Penskyber</w:t>
      </w:r>
      <w:proofErr w:type="spellEnd"/>
      <w:r w:rsidRPr="002E753D">
        <w:rPr>
          <w:rFonts w:ascii="Times New Roman" w:hAnsi="Times New Roman" w:cs="Times New Roman"/>
          <w:b/>
          <w:bCs/>
        </w:rPr>
        <w:t xml:space="preserve"> Equestrian Centr</w:t>
      </w:r>
      <w:r w:rsidR="002E753D" w:rsidRPr="002E753D">
        <w:rPr>
          <w:rFonts w:ascii="Times New Roman" w:hAnsi="Times New Roman" w:cs="Times New Roman"/>
          <w:b/>
          <w:bCs/>
        </w:rPr>
        <w:t>e</w:t>
      </w:r>
    </w:p>
    <w:p w14:paraId="0A228EBC" w14:textId="77777777" w:rsidR="00E1455A" w:rsidRDefault="00E1455A" w:rsidP="002E753D">
      <w:pPr>
        <w:pStyle w:val="Title"/>
        <w:jc w:val="center"/>
        <w:rPr>
          <w:rFonts w:ascii="Times New Roman" w:hAnsi="Times New Roman" w:cs="Times New Roman"/>
          <w:b/>
          <w:bCs/>
        </w:rPr>
      </w:pPr>
      <w:r>
        <w:rPr>
          <w:rFonts w:ascii="Times New Roman" w:hAnsi="Times New Roman" w:cs="Times New Roman"/>
          <w:b/>
          <w:bCs/>
        </w:rPr>
        <w:t xml:space="preserve">Halloween </w:t>
      </w:r>
    </w:p>
    <w:p w14:paraId="5A4ADCD7" w14:textId="15C6E3EC" w:rsidR="005934E5" w:rsidRPr="002E753D" w:rsidRDefault="007A1573" w:rsidP="002E753D">
      <w:pPr>
        <w:pStyle w:val="Title"/>
        <w:jc w:val="center"/>
        <w:rPr>
          <w:rFonts w:ascii="Times New Roman" w:hAnsi="Times New Roman" w:cs="Times New Roman"/>
          <w:b/>
          <w:bCs/>
        </w:rPr>
      </w:pPr>
      <w:r w:rsidRPr="002E753D">
        <w:rPr>
          <w:rFonts w:ascii="Times New Roman" w:hAnsi="Times New Roman" w:cs="Times New Roman"/>
          <w:b/>
          <w:bCs/>
        </w:rPr>
        <w:t>Show Jumpi</w:t>
      </w:r>
      <w:r w:rsidR="002E753D">
        <w:rPr>
          <w:rFonts w:ascii="Times New Roman" w:hAnsi="Times New Roman" w:cs="Times New Roman"/>
          <w:b/>
          <w:bCs/>
        </w:rPr>
        <w:t>ng</w:t>
      </w:r>
    </w:p>
    <w:p w14:paraId="050705E4"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Penskyber Fawr Farm</w:t>
      </w:r>
    </w:p>
    <w:p w14:paraId="7979B0E0"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Letterston</w:t>
      </w:r>
    </w:p>
    <w:p w14:paraId="4C83724B"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Haverfordwest</w:t>
      </w:r>
    </w:p>
    <w:p w14:paraId="69C476E5"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SA62 5TJ</w:t>
      </w:r>
    </w:p>
    <w:p w14:paraId="31120C41"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Tel: 07831 403297</w:t>
      </w:r>
    </w:p>
    <w:p w14:paraId="1C6CE405" w14:textId="77777777" w:rsidR="005934E5" w:rsidRPr="002E753D" w:rsidRDefault="005934E5" w:rsidP="002E753D">
      <w:pPr>
        <w:spacing w:line="240" w:lineRule="auto"/>
        <w:jc w:val="center"/>
        <w:rPr>
          <w:rFonts w:ascii="Times New Roman" w:hAnsi="Times New Roman" w:cs="Times New Roman"/>
        </w:rPr>
      </w:pPr>
    </w:p>
    <w:p w14:paraId="18745575" w14:textId="48018499"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w:t>
      </w:r>
      <w:r w:rsidR="007A0A98">
        <w:rPr>
          <w:rFonts w:ascii="Times New Roman" w:hAnsi="Times New Roman" w:cs="Times New Roman"/>
        </w:rPr>
        <w:t>un</w:t>
      </w:r>
      <w:r w:rsidR="00FF4CAB">
        <w:rPr>
          <w:rFonts w:ascii="Times New Roman" w:hAnsi="Times New Roman" w:cs="Times New Roman"/>
        </w:rPr>
        <w:t>day</w:t>
      </w:r>
      <w:r w:rsidRPr="002E753D">
        <w:rPr>
          <w:rFonts w:ascii="Times New Roman" w:hAnsi="Times New Roman" w:cs="Times New Roman"/>
        </w:rPr>
        <w:t xml:space="preserve"> </w:t>
      </w:r>
      <w:r w:rsidR="007B58B0">
        <w:rPr>
          <w:rFonts w:ascii="Times New Roman" w:hAnsi="Times New Roman" w:cs="Times New Roman"/>
        </w:rPr>
        <w:t>1</w:t>
      </w:r>
      <w:r w:rsidR="007A0A98">
        <w:rPr>
          <w:rFonts w:ascii="Times New Roman" w:hAnsi="Times New Roman" w:cs="Times New Roman"/>
        </w:rPr>
        <w:t>1</w:t>
      </w:r>
      <w:r w:rsidR="00FF4CAB" w:rsidRPr="00FF4CAB">
        <w:rPr>
          <w:rFonts w:ascii="Times New Roman" w:hAnsi="Times New Roman" w:cs="Times New Roman"/>
          <w:vertAlign w:val="superscript"/>
        </w:rPr>
        <w:t>th</w:t>
      </w:r>
      <w:r w:rsidR="00FF4CAB">
        <w:rPr>
          <w:rFonts w:ascii="Times New Roman" w:hAnsi="Times New Roman" w:cs="Times New Roman"/>
        </w:rPr>
        <w:t xml:space="preserve"> </w:t>
      </w:r>
      <w:r w:rsidR="007A0A98">
        <w:rPr>
          <w:rFonts w:ascii="Times New Roman" w:hAnsi="Times New Roman" w:cs="Times New Roman"/>
        </w:rPr>
        <w:t>Octo</w:t>
      </w:r>
      <w:r w:rsidR="00904932">
        <w:rPr>
          <w:rFonts w:ascii="Times New Roman" w:hAnsi="Times New Roman" w:cs="Times New Roman"/>
        </w:rPr>
        <w:t>ber</w:t>
      </w:r>
      <w:r w:rsidR="0012302A">
        <w:rPr>
          <w:rFonts w:ascii="Times New Roman" w:hAnsi="Times New Roman" w:cs="Times New Roman"/>
        </w:rPr>
        <w:t xml:space="preserve"> </w:t>
      </w:r>
      <w:r w:rsidRPr="002E753D">
        <w:rPr>
          <w:rFonts w:ascii="Times New Roman" w:hAnsi="Times New Roman" w:cs="Times New Roman"/>
        </w:rPr>
        <w:t>202</w:t>
      </w:r>
      <w:r w:rsidR="002E753D">
        <w:rPr>
          <w:rFonts w:ascii="Times New Roman" w:hAnsi="Times New Roman" w:cs="Times New Roman"/>
        </w:rPr>
        <w:t>6</w:t>
      </w:r>
    </w:p>
    <w:p w14:paraId="41FF217A" w14:textId="77777777" w:rsidR="005934E5" w:rsidRPr="002E753D" w:rsidRDefault="005934E5" w:rsidP="002E753D">
      <w:pPr>
        <w:spacing w:line="240" w:lineRule="auto"/>
        <w:jc w:val="center"/>
        <w:rPr>
          <w:rFonts w:ascii="Times New Roman" w:hAnsi="Times New Roman" w:cs="Times New Roman"/>
        </w:rPr>
      </w:pPr>
    </w:p>
    <w:p w14:paraId="0B81E977" w14:textId="77777777" w:rsidR="005934E5" w:rsidRPr="002E753D" w:rsidRDefault="007A1573" w:rsidP="002E753D">
      <w:pPr>
        <w:jc w:val="center"/>
        <w:rPr>
          <w:rFonts w:ascii="Times New Roman" w:hAnsi="Times New Roman" w:cs="Times New Roman"/>
        </w:rPr>
      </w:pPr>
      <w:r w:rsidRPr="002E753D">
        <w:rPr>
          <w:rFonts w:ascii="Times New Roman" w:hAnsi="Times New Roman" w:cs="Times New Roman"/>
        </w:rPr>
        <w:t xml:space="preserve">Entries Online via </w:t>
      </w:r>
      <w:proofErr w:type="spellStart"/>
      <w:r w:rsidRPr="002E753D">
        <w:rPr>
          <w:rFonts w:ascii="Times New Roman" w:hAnsi="Times New Roman" w:cs="Times New Roman"/>
        </w:rPr>
        <w:t>Entrymaster</w:t>
      </w:r>
      <w:proofErr w:type="spellEnd"/>
      <w:r w:rsidRPr="002E753D">
        <w:rPr>
          <w:rFonts w:ascii="Times New Roman" w:hAnsi="Times New Roman" w:cs="Times New Roman"/>
        </w:rPr>
        <w:t xml:space="preserve"> Lite, £10.00</w:t>
      </w:r>
    </w:p>
    <w:p w14:paraId="6C669F4A" w14:textId="77777777" w:rsidR="002D0870" w:rsidRDefault="002D0870" w:rsidP="002E753D">
      <w:pPr>
        <w:jc w:val="center"/>
        <w:rPr>
          <w:rFonts w:ascii="Times New Roman" w:hAnsi="Times New Roman" w:cs="Times New Roman"/>
        </w:rPr>
      </w:pPr>
    </w:p>
    <w:p w14:paraId="11E637AD" w14:textId="059EF659" w:rsidR="005934E5" w:rsidRPr="002E753D" w:rsidRDefault="007A1573" w:rsidP="002E753D">
      <w:pPr>
        <w:jc w:val="center"/>
        <w:rPr>
          <w:rFonts w:ascii="Times New Roman" w:hAnsi="Times New Roman" w:cs="Times New Roman"/>
        </w:rPr>
      </w:pPr>
      <w:r w:rsidRPr="002E753D">
        <w:rPr>
          <w:rFonts w:ascii="Times New Roman" w:hAnsi="Times New Roman" w:cs="Times New Roman"/>
        </w:rPr>
        <w:t>If you enter and withdraw after close of entries you WILL NOT be refunded.</w:t>
      </w:r>
    </w:p>
    <w:p w14:paraId="47F2993A" w14:textId="77777777" w:rsidR="005934E5" w:rsidRDefault="007A1573" w:rsidP="002E753D">
      <w:pPr>
        <w:jc w:val="center"/>
        <w:rPr>
          <w:rFonts w:ascii="Times New Roman" w:hAnsi="Times New Roman" w:cs="Times New Roman"/>
        </w:rPr>
      </w:pPr>
      <w:r w:rsidRPr="002E753D">
        <w:rPr>
          <w:rFonts w:ascii="Times New Roman" w:hAnsi="Times New Roman" w:cs="Times New Roman"/>
        </w:rPr>
        <w:t>Times will be available after close of entries</w:t>
      </w:r>
    </w:p>
    <w:p w14:paraId="0BABD116" w14:textId="77777777" w:rsidR="002E753D" w:rsidRPr="002E753D" w:rsidRDefault="002E753D" w:rsidP="002E753D">
      <w:pPr>
        <w:jc w:val="center"/>
        <w:rPr>
          <w:rFonts w:ascii="Times New Roman" w:hAnsi="Times New Roman" w:cs="Times New Roman"/>
        </w:rPr>
      </w:pPr>
    </w:p>
    <w:p w14:paraId="00D2F824" w14:textId="77777777" w:rsidR="009B6E13" w:rsidRDefault="009B6E13">
      <w:pPr>
        <w:rPr>
          <w:rFonts w:ascii="Times New Roman" w:hAnsi="Times New Roman" w:cs="Times New Roman"/>
        </w:rPr>
      </w:pPr>
    </w:p>
    <w:p w14:paraId="0D9D194C" w14:textId="2985147E" w:rsidR="009B6E13" w:rsidRPr="00B943A5" w:rsidRDefault="00844B8F" w:rsidP="00B943A5">
      <w:pPr>
        <w:jc w:val="center"/>
        <w:rPr>
          <w:rFonts w:ascii="Times New Roman" w:hAnsi="Times New Roman" w:cs="Times New Roman"/>
          <w:b/>
          <w:bCs/>
          <w:sz w:val="30"/>
          <w:szCs w:val="30"/>
        </w:rPr>
      </w:pPr>
      <w:r w:rsidRPr="00B943A5">
        <w:rPr>
          <w:rFonts w:ascii="Times New Roman" w:hAnsi="Times New Roman" w:cs="Times New Roman"/>
          <w:b/>
          <w:bCs/>
          <w:sz w:val="30"/>
          <w:szCs w:val="30"/>
        </w:rPr>
        <w:t xml:space="preserve">FLU VACCINATIONS </w:t>
      </w:r>
      <w:proofErr w:type="gramStart"/>
      <w:r w:rsidRPr="00B943A5">
        <w:rPr>
          <w:rFonts w:ascii="Times New Roman" w:hAnsi="Times New Roman" w:cs="Times New Roman"/>
          <w:b/>
          <w:bCs/>
          <w:sz w:val="30"/>
          <w:szCs w:val="30"/>
        </w:rPr>
        <w:t>COMPULSORY  FOR</w:t>
      </w:r>
      <w:proofErr w:type="gramEnd"/>
      <w:r w:rsidRPr="00B943A5">
        <w:rPr>
          <w:rFonts w:ascii="Times New Roman" w:hAnsi="Times New Roman" w:cs="Times New Roman"/>
          <w:b/>
          <w:bCs/>
          <w:sz w:val="30"/>
          <w:szCs w:val="30"/>
        </w:rPr>
        <w:t xml:space="preserve"> ALL HORSES/PONIES</w:t>
      </w:r>
    </w:p>
    <w:p w14:paraId="39CF45B4" w14:textId="6FC3920C" w:rsidR="00B943A5" w:rsidRDefault="00B943A5" w:rsidP="00B943A5">
      <w:pPr>
        <w:jc w:val="center"/>
        <w:rPr>
          <w:rFonts w:ascii="Times New Roman" w:hAnsi="Times New Roman" w:cs="Times New Roman"/>
          <w:b/>
          <w:bCs/>
          <w:sz w:val="30"/>
          <w:szCs w:val="30"/>
        </w:rPr>
      </w:pPr>
    </w:p>
    <w:p w14:paraId="191C429B" w14:textId="62A3D330" w:rsidR="00956B89" w:rsidRDefault="00956B89" w:rsidP="00B943A5">
      <w:pPr>
        <w:jc w:val="center"/>
        <w:rPr>
          <w:rFonts w:ascii="Times New Roman" w:hAnsi="Times New Roman" w:cs="Times New Roman"/>
          <w:b/>
          <w:bCs/>
          <w:sz w:val="30"/>
          <w:szCs w:val="30"/>
        </w:rPr>
      </w:pPr>
      <w:r>
        <w:rPr>
          <w:rFonts w:ascii="Times New Roman" w:hAnsi="Times New Roman" w:cs="Times New Roman"/>
          <w:b/>
          <w:bCs/>
          <w:sz w:val="30"/>
          <w:szCs w:val="30"/>
        </w:rPr>
        <w:t>Qualifiers for:</w:t>
      </w:r>
    </w:p>
    <w:p w14:paraId="400CA113" w14:textId="7225593D" w:rsidR="00956B89" w:rsidRDefault="00825CA6" w:rsidP="004036B2">
      <w:pPr>
        <w:pStyle w:val="ListParagraph"/>
        <w:numPr>
          <w:ilvl w:val="0"/>
          <w:numId w:val="11"/>
        </w:numPr>
        <w:jc w:val="center"/>
        <w:rPr>
          <w:rFonts w:ascii="Times New Roman" w:hAnsi="Times New Roman" w:cs="Times New Roman"/>
          <w:b/>
          <w:bCs/>
          <w:sz w:val="30"/>
          <w:szCs w:val="30"/>
        </w:rPr>
      </w:pPr>
      <w:proofErr w:type="spellStart"/>
      <w:r w:rsidRPr="004036B2">
        <w:rPr>
          <w:rFonts w:ascii="Times New Roman" w:hAnsi="Times New Roman" w:cs="Times New Roman"/>
          <w:b/>
          <w:bCs/>
          <w:sz w:val="30"/>
          <w:szCs w:val="30"/>
        </w:rPr>
        <w:t>Penskyber</w:t>
      </w:r>
      <w:proofErr w:type="spellEnd"/>
      <w:r w:rsidRPr="004036B2">
        <w:rPr>
          <w:rFonts w:ascii="Times New Roman" w:hAnsi="Times New Roman" w:cs="Times New Roman"/>
          <w:b/>
          <w:bCs/>
          <w:sz w:val="30"/>
          <w:szCs w:val="30"/>
        </w:rPr>
        <w:t xml:space="preserve"> Summer Extravaganza 2027</w:t>
      </w:r>
    </w:p>
    <w:p w14:paraId="62C9BEDA" w14:textId="2ECDD44D" w:rsidR="004036B2" w:rsidRDefault="004036B2" w:rsidP="004036B2">
      <w:pPr>
        <w:pStyle w:val="ListParagraph"/>
        <w:numPr>
          <w:ilvl w:val="0"/>
          <w:numId w:val="11"/>
        </w:numPr>
        <w:jc w:val="center"/>
        <w:rPr>
          <w:rFonts w:ascii="Times New Roman" w:hAnsi="Times New Roman" w:cs="Times New Roman"/>
          <w:b/>
          <w:bCs/>
          <w:sz w:val="30"/>
          <w:szCs w:val="30"/>
        </w:rPr>
      </w:pPr>
      <w:r>
        <w:rPr>
          <w:rFonts w:ascii="Times New Roman" w:hAnsi="Times New Roman" w:cs="Times New Roman"/>
          <w:b/>
          <w:bCs/>
          <w:sz w:val="30"/>
          <w:szCs w:val="30"/>
        </w:rPr>
        <w:t>Pembrokeshire County Show for Juniors 2027</w:t>
      </w:r>
    </w:p>
    <w:p w14:paraId="7315C584" w14:textId="1A8FB15E" w:rsidR="004036B2" w:rsidRPr="004036B2" w:rsidRDefault="004036B2" w:rsidP="004036B2">
      <w:pPr>
        <w:pStyle w:val="ListParagraph"/>
        <w:numPr>
          <w:ilvl w:val="0"/>
          <w:numId w:val="11"/>
        </w:numPr>
        <w:jc w:val="center"/>
        <w:rPr>
          <w:rFonts w:ascii="Times New Roman" w:hAnsi="Times New Roman" w:cs="Times New Roman"/>
          <w:b/>
          <w:bCs/>
          <w:sz w:val="30"/>
          <w:szCs w:val="30"/>
        </w:rPr>
      </w:pPr>
      <w:proofErr w:type="spellStart"/>
      <w:r>
        <w:rPr>
          <w:rFonts w:ascii="Times New Roman" w:hAnsi="Times New Roman" w:cs="Times New Roman"/>
          <w:b/>
          <w:bCs/>
          <w:sz w:val="30"/>
          <w:szCs w:val="30"/>
        </w:rPr>
        <w:t>Cricklands</w:t>
      </w:r>
      <w:proofErr w:type="spellEnd"/>
      <w:r>
        <w:rPr>
          <w:rFonts w:ascii="Times New Roman" w:hAnsi="Times New Roman" w:cs="Times New Roman"/>
          <w:b/>
          <w:bCs/>
          <w:sz w:val="30"/>
          <w:szCs w:val="30"/>
        </w:rPr>
        <w:t xml:space="preserve"> </w:t>
      </w:r>
      <w:r w:rsidR="0052472D">
        <w:rPr>
          <w:rFonts w:ascii="Times New Roman" w:hAnsi="Times New Roman" w:cs="Times New Roman"/>
          <w:b/>
          <w:bCs/>
          <w:sz w:val="30"/>
          <w:szCs w:val="30"/>
        </w:rPr>
        <w:t xml:space="preserve">2027 Championships </w:t>
      </w:r>
    </w:p>
    <w:p w14:paraId="19673BDE" w14:textId="77777777" w:rsidR="00D639C8" w:rsidRDefault="00D639C8" w:rsidP="00B943A5">
      <w:pPr>
        <w:jc w:val="center"/>
        <w:rPr>
          <w:rFonts w:ascii="Times New Roman" w:hAnsi="Times New Roman" w:cs="Times New Roman"/>
          <w:b/>
          <w:bCs/>
          <w:sz w:val="30"/>
          <w:szCs w:val="30"/>
        </w:rPr>
      </w:pPr>
    </w:p>
    <w:p w14:paraId="6236331A" w14:textId="2EDAEFC5" w:rsidR="005934E5" w:rsidRPr="002E753D" w:rsidRDefault="0053202D">
      <w:pPr>
        <w:rPr>
          <w:rFonts w:ascii="Times New Roman" w:hAnsi="Times New Roman" w:cs="Times New Roman"/>
        </w:rPr>
      </w:pPr>
      <w:r>
        <w:rPr>
          <w:rFonts w:ascii="Times New Roman" w:hAnsi="Times New Roman" w:cs="Times New Roman"/>
        </w:rPr>
        <w:lastRenderedPageBreak/>
        <w:t>J</w:t>
      </w:r>
      <w:r w:rsidR="007A1573" w:rsidRPr="002E753D">
        <w:rPr>
          <w:rFonts w:ascii="Times New Roman" w:hAnsi="Times New Roman" w:cs="Times New Roman"/>
        </w:rPr>
        <w:t>UNIORS 16 years and under (ponies 148cm or under).</w:t>
      </w:r>
    </w:p>
    <w:p w14:paraId="5453568B" w14:textId="77777777" w:rsidR="005934E5" w:rsidRPr="002E753D" w:rsidRDefault="007A1573">
      <w:pPr>
        <w:rPr>
          <w:rFonts w:ascii="Times New Roman" w:hAnsi="Times New Roman" w:cs="Times New Roman"/>
        </w:rPr>
      </w:pPr>
      <w:r w:rsidRPr="002E753D">
        <w:rPr>
          <w:rFonts w:ascii="Times New Roman" w:hAnsi="Times New Roman" w:cs="Times New Roman"/>
        </w:rPr>
        <w:t>SENIORS 17 years and over OR Juniors on horses exceeding 148cm.</w:t>
      </w:r>
    </w:p>
    <w:p w14:paraId="1C2BF421" w14:textId="77777777" w:rsidR="005934E5" w:rsidRPr="002E753D" w:rsidRDefault="007A1573">
      <w:pPr>
        <w:rPr>
          <w:rFonts w:ascii="Times New Roman" w:hAnsi="Times New Roman" w:cs="Times New Roman"/>
        </w:rPr>
      </w:pPr>
      <w:r w:rsidRPr="002E753D">
        <w:rPr>
          <w:rFonts w:ascii="Times New Roman" w:hAnsi="Times New Roman" w:cs="Times New Roman"/>
        </w:rPr>
        <w:t>Ages as on the day</w:t>
      </w:r>
    </w:p>
    <w:p w14:paraId="5D416376" w14:textId="77777777" w:rsidR="005934E5" w:rsidRPr="002E753D" w:rsidRDefault="005934E5">
      <w:pPr>
        <w:rPr>
          <w:rFonts w:ascii="Times New Roman" w:hAnsi="Times New Roman" w:cs="Times New Roman"/>
        </w:rPr>
      </w:pPr>
    </w:p>
    <w:p w14:paraId="32C8A52E"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list:</w:t>
      </w:r>
    </w:p>
    <w:p w14:paraId="5675B40B"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 JUNIOR Jumps Poles on the floor. May be led.</w:t>
      </w:r>
    </w:p>
    <w:p w14:paraId="7C88FE22"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2 JUNIOR Jumps not to exceed 30 cm. May be led.</w:t>
      </w:r>
    </w:p>
    <w:p w14:paraId="2E8A4D06"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3 JUNIOR Jumps not to exceed 40 cm. May be led.</w:t>
      </w:r>
    </w:p>
    <w:p w14:paraId="0AB99D99"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4 SENIOR Jumps not to exceed 40 cm.</w:t>
      </w:r>
    </w:p>
    <w:p w14:paraId="0DDFB5D3"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5 JUNIOR Jumps not to exceed 50 cm.</w:t>
      </w:r>
    </w:p>
    <w:p w14:paraId="5A4F1ED1"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6 SENIOR Jumps not to exceed 50 cm.</w:t>
      </w:r>
    </w:p>
    <w:p w14:paraId="285E167D"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7 JUNIOR Jumps not to exceed 60 cm.</w:t>
      </w:r>
    </w:p>
    <w:p w14:paraId="3C9175BA"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8 SENIOR Jumps not to exceed 60 cm.</w:t>
      </w:r>
    </w:p>
    <w:p w14:paraId="335E42E1"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9 JUNIOR Jumps not to exceed 70 cm.</w:t>
      </w:r>
    </w:p>
    <w:p w14:paraId="42387134"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10 SENIOR Jumps not to exceed 70 cm.</w:t>
      </w:r>
    </w:p>
    <w:p w14:paraId="0A5BABF7"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11 JUNIOR Jumps not to exceed 80 cm.</w:t>
      </w:r>
    </w:p>
    <w:p w14:paraId="79E0CE8F"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12 SENIOR Jumps not to exceed 80 cm.</w:t>
      </w:r>
    </w:p>
    <w:p w14:paraId="40614E1E"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13 JUNIOR Jumps not to exceed 90 cm.</w:t>
      </w:r>
    </w:p>
    <w:p w14:paraId="6FFEACA3"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14 SENIOR Jumps not to exceed 90 cm.</w:t>
      </w:r>
    </w:p>
    <w:p w14:paraId="1831DDF5"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15 JUNIOR Jumps not to exceed 1 m.</w:t>
      </w:r>
    </w:p>
    <w:p w14:paraId="4C1CB37B"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16 SENIOR Jumps not to exceed 1 m.</w:t>
      </w:r>
    </w:p>
    <w:p w14:paraId="041E475C" w14:textId="77777777" w:rsidR="00FE538E" w:rsidRPr="002E753D" w:rsidRDefault="00FE538E" w:rsidP="00FE538E">
      <w:pPr>
        <w:rPr>
          <w:rFonts w:ascii="Times New Roman" w:hAnsi="Times New Roman" w:cs="Times New Roman"/>
        </w:rPr>
      </w:pPr>
    </w:p>
    <w:p w14:paraId="1977FEF7" w14:textId="77777777" w:rsidR="005934E5" w:rsidRPr="002E753D" w:rsidRDefault="005934E5">
      <w:pPr>
        <w:rPr>
          <w:rFonts w:ascii="Times New Roman" w:hAnsi="Times New Roman" w:cs="Times New Roman"/>
        </w:rPr>
      </w:pPr>
    </w:p>
    <w:p w14:paraId="2B7CF81D" w14:textId="77777777" w:rsidR="005934E5" w:rsidRDefault="007A1573">
      <w:pPr>
        <w:rPr>
          <w:rFonts w:ascii="Times New Roman" w:hAnsi="Times New Roman" w:cs="Times New Roman"/>
          <w:sz w:val="16"/>
          <w:szCs w:val="16"/>
        </w:rPr>
      </w:pPr>
      <w:r w:rsidRPr="002E753D">
        <w:rPr>
          <w:rFonts w:ascii="Times New Roman" w:hAnsi="Times New Roman" w:cs="Times New Roman"/>
          <w:sz w:val="16"/>
          <w:szCs w:val="16"/>
        </w:rPr>
        <w:t>Additional notes:</w:t>
      </w:r>
    </w:p>
    <w:p w14:paraId="7DA0B7BB" w14:textId="50CE5430" w:rsidR="0053202D" w:rsidRPr="002E753D" w:rsidRDefault="001928DB">
      <w:pPr>
        <w:rPr>
          <w:rFonts w:ascii="Times New Roman" w:hAnsi="Times New Roman" w:cs="Times New Roman"/>
          <w:sz w:val="16"/>
          <w:szCs w:val="16"/>
        </w:rPr>
      </w:pPr>
      <w:r>
        <w:rPr>
          <w:rFonts w:ascii="Times New Roman" w:hAnsi="Times New Roman" w:cs="Times New Roman"/>
          <w:sz w:val="16"/>
          <w:szCs w:val="16"/>
        </w:rPr>
        <w:t>Flu Vaccinations compulsory</w:t>
      </w:r>
    </w:p>
    <w:p w14:paraId="744734B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No ponies/horses to be left tied unaccompanied to trailers/lorries.</w:t>
      </w:r>
    </w:p>
    <w:p w14:paraId="6ABE5BE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All hay/droppings to be picked up please.</w:t>
      </w:r>
    </w:p>
    <w:p w14:paraId="23D947ED" w14:textId="77777777" w:rsidR="005934E5" w:rsidRPr="002E753D" w:rsidRDefault="005934E5">
      <w:pPr>
        <w:rPr>
          <w:rFonts w:ascii="Times New Roman" w:hAnsi="Times New Roman" w:cs="Times New Roman"/>
          <w:sz w:val="16"/>
          <w:szCs w:val="16"/>
        </w:rPr>
      </w:pPr>
    </w:p>
    <w:p w14:paraId="5C861171" w14:textId="77777777" w:rsidR="009B6E13" w:rsidRDefault="009B6E13">
      <w:pPr>
        <w:rPr>
          <w:rFonts w:ascii="Times New Roman" w:hAnsi="Times New Roman" w:cs="Times New Roman"/>
          <w:sz w:val="16"/>
          <w:szCs w:val="16"/>
        </w:rPr>
      </w:pPr>
    </w:p>
    <w:p w14:paraId="61A904BF" w14:textId="5EE0436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Liability Waiver:</w:t>
      </w:r>
    </w:p>
    <w:p w14:paraId="2C27EF53"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Owners/riders entering their ponies/horses do so entirely at their own risk.</w:t>
      </w:r>
    </w:p>
    <w:p w14:paraId="1315182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Penskyber Equestrian, the owners of the showground and the organisers of the show accept no responsibility for loss, damage or injury to any person, animal or property.</w:t>
      </w:r>
    </w:p>
    <w:p w14:paraId="2B4B365A"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have taken every reasonable precaution to ensure the health and safety of all present.</w:t>
      </w:r>
    </w:p>
    <w:p w14:paraId="7F70F36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 occurring and they must obey the instructions of the organisers, officials and stewards at all times.</w:t>
      </w:r>
    </w:p>
    <w:p w14:paraId="73247D27" w14:textId="0AB5FF9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Save for the death or personal injury caused by the negligence of the organisers, or anyone for whom they are in law responsible, neither the organisers of this event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w:t>
      </w:r>
      <w:r w:rsidR="00AB5F25">
        <w:rPr>
          <w:rFonts w:ascii="Times New Roman" w:hAnsi="Times New Roman" w:cs="Times New Roman"/>
          <w:sz w:val="16"/>
          <w:szCs w:val="16"/>
        </w:rPr>
        <w:t xml:space="preserve">  </w:t>
      </w:r>
      <w:r w:rsidRPr="002E753D">
        <w:rPr>
          <w:rFonts w:ascii="Times New Roman" w:hAnsi="Times New Roman" w:cs="Times New Roman"/>
          <w:sz w:val="16"/>
          <w:szCs w:val="16"/>
        </w:rPr>
        <w:t>Entries are only accepted on this basis.</w:t>
      </w:r>
    </w:p>
    <w:p w14:paraId="59E2371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of this event have taken all reasonable precautions to ensure the health and safety of everyone present at this event.</w:t>
      </w:r>
    </w:p>
    <w:p w14:paraId="5668DD0D"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w:t>
      </w:r>
    </w:p>
    <w:p w14:paraId="0FF5183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They must obey the instructions of the organisers and all officials and stewards.</w:t>
      </w:r>
    </w:p>
    <w:p w14:paraId="48ADA275"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 xml:space="preserve">All competitors must have their own </w:t>
      </w:r>
      <w:proofErr w:type="gramStart"/>
      <w:r w:rsidRPr="002E753D">
        <w:rPr>
          <w:rFonts w:ascii="Times New Roman" w:hAnsi="Times New Roman" w:cs="Times New Roman"/>
          <w:sz w:val="16"/>
          <w:szCs w:val="16"/>
        </w:rPr>
        <w:t>third party</w:t>
      </w:r>
      <w:proofErr w:type="gramEnd"/>
      <w:r w:rsidRPr="002E753D">
        <w:rPr>
          <w:rFonts w:ascii="Times New Roman" w:hAnsi="Times New Roman" w:cs="Times New Roman"/>
          <w:sz w:val="16"/>
          <w:szCs w:val="16"/>
        </w:rPr>
        <w:t xml:space="preserve"> cover.</w:t>
      </w:r>
    </w:p>
    <w:p w14:paraId="483E451C" w14:textId="77777777" w:rsidR="005934E5" w:rsidRPr="002E753D" w:rsidRDefault="007A1573">
      <w:pPr>
        <w:rPr>
          <w:sz w:val="16"/>
          <w:szCs w:val="16"/>
        </w:rPr>
      </w:pPr>
      <w:r w:rsidRPr="002E753D">
        <w:rPr>
          <w:rFonts w:ascii="Times New Roman" w:hAnsi="Times New Roman" w:cs="Times New Roman"/>
          <w:sz w:val="16"/>
          <w:szCs w:val="16"/>
        </w:rPr>
        <w:t>Penskyber Equestrian and the organisers of this event are not legally responsible for any competitor and their</w:t>
      </w:r>
      <w:r w:rsidRPr="002E753D">
        <w:rPr>
          <w:sz w:val="16"/>
          <w:szCs w:val="16"/>
        </w:rPr>
        <w:t xml:space="preserve"> insurance will not cover you.</w:t>
      </w:r>
    </w:p>
    <w:sectPr w:rsidR="005934E5" w:rsidRPr="002E75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B91310"/>
    <w:multiLevelType w:val="hybridMultilevel"/>
    <w:tmpl w:val="A5400240"/>
    <w:lvl w:ilvl="0" w:tplc="35C06590">
      <w:numFmt w:val="bullet"/>
      <w:lvlText w:val=""/>
      <w:lvlJc w:val="left"/>
      <w:pPr>
        <w:ind w:left="470" w:hanging="360"/>
      </w:pPr>
      <w:rPr>
        <w:rFonts w:ascii="Symbol" w:eastAsiaTheme="minorEastAsia" w:hAnsi="Symbol" w:cs="Times New Roman"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abstractNum w:abstractNumId="10" w15:restartNumberingAfterBreak="0">
    <w:nsid w:val="7C120909"/>
    <w:multiLevelType w:val="hybridMultilevel"/>
    <w:tmpl w:val="A7F4ED42"/>
    <w:lvl w:ilvl="0" w:tplc="BE82161C">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897419">
    <w:abstractNumId w:val="8"/>
  </w:num>
  <w:num w:numId="2" w16cid:durableId="1134909846">
    <w:abstractNumId w:val="6"/>
  </w:num>
  <w:num w:numId="3" w16cid:durableId="562986859">
    <w:abstractNumId w:val="5"/>
  </w:num>
  <w:num w:numId="4" w16cid:durableId="33501778">
    <w:abstractNumId w:val="4"/>
  </w:num>
  <w:num w:numId="5" w16cid:durableId="560167571">
    <w:abstractNumId w:val="7"/>
  </w:num>
  <w:num w:numId="6" w16cid:durableId="664553490">
    <w:abstractNumId w:val="3"/>
  </w:num>
  <w:num w:numId="7" w16cid:durableId="10953201">
    <w:abstractNumId w:val="2"/>
  </w:num>
  <w:num w:numId="8" w16cid:durableId="1432512215">
    <w:abstractNumId w:val="1"/>
  </w:num>
  <w:num w:numId="9" w16cid:durableId="961115770">
    <w:abstractNumId w:val="0"/>
  </w:num>
  <w:num w:numId="10" w16cid:durableId="650140321">
    <w:abstractNumId w:val="9"/>
  </w:num>
  <w:num w:numId="11" w16cid:durableId="12594838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E7"/>
    <w:rsid w:val="000236CD"/>
    <w:rsid w:val="00034616"/>
    <w:rsid w:val="00035ECF"/>
    <w:rsid w:val="000511A3"/>
    <w:rsid w:val="0006063C"/>
    <w:rsid w:val="00107901"/>
    <w:rsid w:val="0012302A"/>
    <w:rsid w:val="0015074B"/>
    <w:rsid w:val="001928DB"/>
    <w:rsid w:val="002721D8"/>
    <w:rsid w:val="002874DB"/>
    <w:rsid w:val="0029639D"/>
    <w:rsid w:val="002D0870"/>
    <w:rsid w:val="002E2447"/>
    <w:rsid w:val="002E753D"/>
    <w:rsid w:val="00304AC7"/>
    <w:rsid w:val="00326F90"/>
    <w:rsid w:val="00380AF0"/>
    <w:rsid w:val="00385349"/>
    <w:rsid w:val="003A7990"/>
    <w:rsid w:val="004036B2"/>
    <w:rsid w:val="00422A97"/>
    <w:rsid w:val="0052472D"/>
    <w:rsid w:val="0053202D"/>
    <w:rsid w:val="005934E5"/>
    <w:rsid w:val="006661F1"/>
    <w:rsid w:val="006A2293"/>
    <w:rsid w:val="006D720C"/>
    <w:rsid w:val="006E0F06"/>
    <w:rsid w:val="006E606F"/>
    <w:rsid w:val="00750C1D"/>
    <w:rsid w:val="007A0A98"/>
    <w:rsid w:val="007A1573"/>
    <w:rsid w:val="007B58B0"/>
    <w:rsid w:val="007F4AEF"/>
    <w:rsid w:val="008176E9"/>
    <w:rsid w:val="00825CA6"/>
    <w:rsid w:val="00835F5F"/>
    <w:rsid w:val="00844B8F"/>
    <w:rsid w:val="00854D3F"/>
    <w:rsid w:val="00873E80"/>
    <w:rsid w:val="008B7871"/>
    <w:rsid w:val="008E484E"/>
    <w:rsid w:val="00904932"/>
    <w:rsid w:val="00941737"/>
    <w:rsid w:val="00947ED9"/>
    <w:rsid w:val="00956B89"/>
    <w:rsid w:val="009B6E13"/>
    <w:rsid w:val="009D4D1E"/>
    <w:rsid w:val="00A63AA0"/>
    <w:rsid w:val="00A973A4"/>
    <w:rsid w:val="00AA1D8D"/>
    <w:rsid w:val="00AB5F25"/>
    <w:rsid w:val="00AB681A"/>
    <w:rsid w:val="00AD7444"/>
    <w:rsid w:val="00B233AF"/>
    <w:rsid w:val="00B47730"/>
    <w:rsid w:val="00B62B14"/>
    <w:rsid w:val="00B943A5"/>
    <w:rsid w:val="00C73A76"/>
    <w:rsid w:val="00C9436C"/>
    <w:rsid w:val="00CB0664"/>
    <w:rsid w:val="00CB4902"/>
    <w:rsid w:val="00CC097F"/>
    <w:rsid w:val="00D341E2"/>
    <w:rsid w:val="00D62E8B"/>
    <w:rsid w:val="00D639C8"/>
    <w:rsid w:val="00E06522"/>
    <w:rsid w:val="00E1455A"/>
    <w:rsid w:val="00E61727"/>
    <w:rsid w:val="00E8322C"/>
    <w:rsid w:val="00E91457"/>
    <w:rsid w:val="00EB5352"/>
    <w:rsid w:val="00EB6DA7"/>
    <w:rsid w:val="00F26ACB"/>
    <w:rsid w:val="00FA05C9"/>
    <w:rsid w:val="00FB5085"/>
    <w:rsid w:val="00FC693F"/>
    <w:rsid w:val="00FE538E"/>
    <w:rsid w:val="00FF4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D68B7"/>
  <w14:defaultImageDpi w14:val="300"/>
  <w15:docId w15:val="{7759976F-B466-491E-87C4-5A69D14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Whitfield</cp:lastModifiedBy>
  <cp:revision>2</cp:revision>
  <dcterms:created xsi:type="dcterms:W3CDTF">2026-10-05T07:50:00Z</dcterms:created>
  <dcterms:modified xsi:type="dcterms:W3CDTF">2026-10-05T07:50:00Z</dcterms:modified>
  <cp:category/>
</cp:coreProperties>
</file>