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960C7" w14:textId="77777777" w:rsidR="002E753D" w:rsidRPr="002E753D" w:rsidRDefault="007A1573" w:rsidP="002E753D">
      <w:pPr>
        <w:pStyle w:val="Title"/>
        <w:jc w:val="center"/>
        <w:rPr>
          <w:rFonts w:ascii="Times New Roman" w:hAnsi="Times New Roman" w:cs="Times New Roman"/>
          <w:b/>
          <w:bCs/>
        </w:rPr>
      </w:pPr>
      <w:proofErr w:type="spellStart"/>
      <w:r w:rsidRPr="002E753D">
        <w:rPr>
          <w:rFonts w:ascii="Times New Roman" w:hAnsi="Times New Roman" w:cs="Times New Roman"/>
          <w:b/>
          <w:bCs/>
        </w:rPr>
        <w:t>Penskyber</w:t>
      </w:r>
      <w:proofErr w:type="spellEnd"/>
      <w:r w:rsidRPr="002E753D">
        <w:rPr>
          <w:rFonts w:ascii="Times New Roman" w:hAnsi="Times New Roman" w:cs="Times New Roman"/>
          <w:b/>
          <w:bCs/>
        </w:rPr>
        <w:t xml:space="preserve"> Equestrian Centr</w:t>
      </w:r>
      <w:r w:rsidR="002E753D" w:rsidRPr="002E753D">
        <w:rPr>
          <w:rFonts w:ascii="Times New Roman" w:hAnsi="Times New Roman" w:cs="Times New Roman"/>
          <w:b/>
          <w:bCs/>
        </w:rPr>
        <w:t>e</w:t>
      </w:r>
    </w:p>
    <w:p w14:paraId="5A4ADCD7" w14:textId="3C1AF87D" w:rsidR="005934E5" w:rsidRPr="002E753D" w:rsidRDefault="007A1573" w:rsidP="002E753D">
      <w:pPr>
        <w:pStyle w:val="Title"/>
        <w:jc w:val="center"/>
        <w:rPr>
          <w:rFonts w:ascii="Times New Roman" w:hAnsi="Times New Roman" w:cs="Times New Roman"/>
          <w:b/>
          <w:bCs/>
        </w:rPr>
      </w:pPr>
      <w:r w:rsidRPr="002E753D">
        <w:rPr>
          <w:rFonts w:ascii="Times New Roman" w:hAnsi="Times New Roman" w:cs="Times New Roman"/>
          <w:b/>
          <w:bCs/>
        </w:rPr>
        <w:t>Show Jumpi</w:t>
      </w:r>
      <w:r w:rsidR="002E753D">
        <w:rPr>
          <w:rFonts w:ascii="Times New Roman" w:hAnsi="Times New Roman" w:cs="Times New Roman"/>
          <w:b/>
          <w:bCs/>
        </w:rPr>
        <w:t>ng</w:t>
      </w:r>
    </w:p>
    <w:p w14:paraId="050705E4" w14:textId="77777777" w:rsidR="005934E5" w:rsidRPr="002E753D" w:rsidRDefault="007A1573" w:rsidP="002E753D">
      <w:pPr>
        <w:spacing w:line="240" w:lineRule="auto"/>
        <w:jc w:val="center"/>
        <w:rPr>
          <w:rFonts w:ascii="Times New Roman" w:hAnsi="Times New Roman" w:cs="Times New Roman"/>
        </w:rPr>
      </w:pPr>
      <w:r w:rsidRPr="002E753D">
        <w:rPr>
          <w:rFonts w:ascii="Times New Roman" w:hAnsi="Times New Roman" w:cs="Times New Roman"/>
        </w:rPr>
        <w:t>Penskyber Fawr Farm</w:t>
      </w:r>
    </w:p>
    <w:p w14:paraId="7979B0E0" w14:textId="77777777" w:rsidR="005934E5" w:rsidRPr="002E753D" w:rsidRDefault="007A1573" w:rsidP="002E753D">
      <w:pPr>
        <w:spacing w:line="240" w:lineRule="auto"/>
        <w:jc w:val="center"/>
        <w:rPr>
          <w:rFonts w:ascii="Times New Roman" w:hAnsi="Times New Roman" w:cs="Times New Roman"/>
        </w:rPr>
      </w:pPr>
      <w:r w:rsidRPr="002E753D">
        <w:rPr>
          <w:rFonts w:ascii="Times New Roman" w:hAnsi="Times New Roman" w:cs="Times New Roman"/>
        </w:rPr>
        <w:t>Letterston</w:t>
      </w:r>
    </w:p>
    <w:p w14:paraId="4C83724B" w14:textId="77777777" w:rsidR="005934E5" w:rsidRPr="002E753D" w:rsidRDefault="007A1573" w:rsidP="002E753D">
      <w:pPr>
        <w:spacing w:line="240" w:lineRule="auto"/>
        <w:jc w:val="center"/>
        <w:rPr>
          <w:rFonts w:ascii="Times New Roman" w:hAnsi="Times New Roman" w:cs="Times New Roman"/>
        </w:rPr>
      </w:pPr>
      <w:r w:rsidRPr="002E753D">
        <w:rPr>
          <w:rFonts w:ascii="Times New Roman" w:hAnsi="Times New Roman" w:cs="Times New Roman"/>
        </w:rPr>
        <w:t>Haverfordwest</w:t>
      </w:r>
    </w:p>
    <w:p w14:paraId="69C476E5" w14:textId="77777777" w:rsidR="005934E5" w:rsidRPr="002E753D" w:rsidRDefault="007A1573" w:rsidP="002E753D">
      <w:pPr>
        <w:spacing w:line="240" w:lineRule="auto"/>
        <w:jc w:val="center"/>
        <w:rPr>
          <w:rFonts w:ascii="Times New Roman" w:hAnsi="Times New Roman" w:cs="Times New Roman"/>
        </w:rPr>
      </w:pPr>
      <w:r w:rsidRPr="002E753D">
        <w:rPr>
          <w:rFonts w:ascii="Times New Roman" w:hAnsi="Times New Roman" w:cs="Times New Roman"/>
        </w:rPr>
        <w:t>SA62 5TJ</w:t>
      </w:r>
    </w:p>
    <w:p w14:paraId="31120C41" w14:textId="77777777" w:rsidR="005934E5" w:rsidRPr="002E753D" w:rsidRDefault="007A1573" w:rsidP="002E753D">
      <w:pPr>
        <w:spacing w:line="240" w:lineRule="auto"/>
        <w:jc w:val="center"/>
        <w:rPr>
          <w:rFonts w:ascii="Times New Roman" w:hAnsi="Times New Roman" w:cs="Times New Roman"/>
        </w:rPr>
      </w:pPr>
      <w:r w:rsidRPr="002E753D">
        <w:rPr>
          <w:rFonts w:ascii="Times New Roman" w:hAnsi="Times New Roman" w:cs="Times New Roman"/>
        </w:rPr>
        <w:t>Tel: 07831 403297</w:t>
      </w:r>
    </w:p>
    <w:p w14:paraId="1C6CE405" w14:textId="77777777" w:rsidR="005934E5" w:rsidRPr="002E753D" w:rsidRDefault="005934E5" w:rsidP="002E753D">
      <w:pPr>
        <w:spacing w:line="240" w:lineRule="auto"/>
        <w:jc w:val="center"/>
        <w:rPr>
          <w:rFonts w:ascii="Times New Roman" w:hAnsi="Times New Roman" w:cs="Times New Roman"/>
        </w:rPr>
      </w:pPr>
    </w:p>
    <w:p w14:paraId="18745575" w14:textId="5313EB37" w:rsidR="005934E5" w:rsidRPr="002E753D" w:rsidRDefault="007A1573" w:rsidP="002E753D">
      <w:pPr>
        <w:spacing w:line="240" w:lineRule="auto"/>
        <w:jc w:val="center"/>
        <w:rPr>
          <w:rFonts w:ascii="Times New Roman" w:hAnsi="Times New Roman" w:cs="Times New Roman"/>
        </w:rPr>
      </w:pPr>
      <w:r w:rsidRPr="002E753D">
        <w:rPr>
          <w:rFonts w:ascii="Times New Roman" w:hAnsi="Times New Roman" w:cs="Times New Roman"/>
        </w:rPr>
        <w:t xml:space="preserve">SUNDAY </w:t>
      </w:r>
      <w:r w:rsidR="007B58B0">
        <w:rPr>
          <w:rFonts w:ascii="Times New Roman" w:hAnsi="Times New Roman" w:cs="Times New Roman"/>
        </w:rPr>
        <w:t>1</w:t>
      </w:r>
      <w:r w:rsidR="0012302A">
        <w:rPr>
          <w:rFonts w:ascii="Times New Roman" w:hAnsi="Times New Roman" w:cs="Times New Roman"/>
        </w:rPr>
        <w:t>6</w:t>
      </w:r>
      <w:r w:rsidR="0012302A" w:rsidRPr="0012302A">
        <w:rPr>
          <w:rFonts w:ascii="Times New Roman" w:hAnsi="Times New Roman" w:cs="Times New Roman"/>
          <w:vertAlign w:val="superscript"/>
        </w:rPr>
        <w:t>th</w:t>
      </w:r>
      <w:r w:rsidR="0012302A">
        <w:rPr>
          <w:rFonts w:ascii="Times New Roman" w:hAnsi="Times New Roman" w:cs="Times New Roman"/>
        </w:rPr>
        <w:t xml:space="preserve"> August </w:t>
      </w:r>
      <w:r w:rsidRPr="002E753D">
        <w:rPr>
          <w:rFonts w:ascii="Times New Roman" w:hAnsi="Times New Roman" w:cs="Times New Roman"/>
        </w:rPr>
        <w:t>202</w:t>
      </w:r>
      <w:r w:rsidR="002E753D">
        <w:rPr>
          <w:rFonts w:ascii="Times New Roman" w:hAnsi="Times New Roman" w:cs="Times New Roman"/>
        </w:rPr>
        <w:t>6</w:t>
      </w:r>
    </w:p>
    <w:p w14:paraId="41FF217A" w14:textId="77777777" w:rsidR="005934E5" w:rsidRPr="002E753D" w:rsidRDefault="005934E5" w:rsidP="002E753D">
      <w:pPr>
        <w:spacing w:line="240" w:lineRule="auto"/>
        <w:jc w:val="center"/>
        <w:rPr>
          <w:rFonts w:ascii="Times New Roman" w:hAnsi="Times New Roman" w:cs="Times New Roman"/>
        </w:rPr>
      </w:pPr>
    </w:p>
    <w:p w14:paraId="307B128D" w14:textId="77777777" w:rsidR="009B6E13" w:rsidRDefault="007A1573" w:rsidP="009B6E13">
      <w:pPr>
        <w:pStyle w:val="ListParagraph"/>
        <w:numPr>
          <w:ilvl w:val="0"/>
          <w:numId w:val="10"/>
        </w:numPr>
        <w:spacing w:line="240" w:lineRule="auto"/>
        <w:jc w:val="center"/>
        <w:rPr>
          <w:rFonts w:ascii="Times New Roman" w:hAnsi="Times New Roman" w:cs="Times New Roman"/>
        </w:rPr>
      </w:pPr>
      <w:r w:rsidRPr="009B6E13">
        <w:rPr>
          <w:rFonts w:ascii="Times New Roman" w:hAnsi="Times New Roman" w:cs="Times New Roman"/>
        </w:rPr>
        <w:t>Qualifiers for</w:t>
      </w:r>
      <w:r w:rsidR="009B6E13">
        <w:rPr>
          <w:rFonts w:ascii="Times New Roman" w:hAnsi="Times New Roman" w:cs="Times New Roman"/>
        </w:rPr>
        <w:t>:</w:t>
      </w:r>
    </w:p>
    <w:p w14:paraId="58D94EA0" w14:textId="4A01A290" w:rsidR="005934E5" w:rsidRPr="009B6E13" w:rsidRDefault="007A1573" w:rsidP="009B6E13">
      <w:pPr>
        <w:pStyle w:val="ListParagraph"/>
        <w:numPr>
          <w:ilvl w:val="0"/>
          <w:numId w:val="10"/>
        </w:numPr>
        <w:spacing w:line="240" w:lineRule="auto"/>
        <w:jc w:val="center"/>
        <w:rPr>
          <w:rFonts w:ascii="Times New Roman" w:hAnsi="Times New Roman" w:cs="Times New Roman"/>
        </w:rPr>
      </w:pPr>
      <w:proofErr w:type="spellStart"/>
      <w:r w:rsidRPr="009B6E13">
        <w:rPr>
          <w:rFonts w:ascii="Times New Roman" w:hAnsi="Times New Roman" w:cs="Times New Roman"/>
        </w:rPr>
        <w:t>Penskyber</w:t>
      </w:r>
      <w:proofErr w:type="spellEnd"/>
      <w:r w:rsidRPr="009B6E13">
        <w:rPr>
          <w:rFonts w:ascii="Times New Roman" w:hAnsi="Times New Roman" w:cs="Times New Roman"/>
        </w:rPr>
        <w:t xml:space="preserve"> Show Jumping Summer Extravaganza</w:t>
      </w:r>
    </w:p>
    <w:p w14:paraId="1972C1FC" w14:textId="7C67A0E7" w:rsidR="002E753D" w:rsidRDefault="00D62E8B" w:rsidP="009B6E13">
      <w:pPr>
        <w:spacing w:line="240" w:lineRule="auto"/>
        <w:jc w:val="center"/>
        <w:rPr>
          <w:rFonts w:ascii="Times New Roman" w:hAnsi="Times New Roman" w:cs="Times New Roman"/>
        </w:rPr>
      </w:pPr>
      <w:r>
        <w:rPr>
          <w:rFonts w:ascii="Times New Roman" w:hAnsi="Times New Roman" w:cs="Times New Roman"/>
        </w:rPr>
        <w:t>Placing or d</w:t>
      </w:r>
      <w:r w:rsidR="007A1573" w:rsidRPr="002E753D">
        <w:rPr>
          <w:rFonts w:ascii="Times New Roman" w:hAnsi="Times New Roman" w:cs="Times New Roman"/>
        </w:rPr>
        <w:t>ouble clear qualifies you in EVERY class for our NEW summer final.</w:t>
      </w:r>
    </w:p>
    <w:p w14:paraId="53D9263A" w14:textId="6B5F1FD8" w:rsidR="005934E5" w:rsidRPr="0012302A" w:rsidRDefault="005934E5" w:rsidP="0012302A">
      <w:pPr>
        <w:spacing w:line="240" w:lineRule="auto"/>
        <w:rPr>
          <w:rFonts w:ascii="Times New Roman" w:hAnsi="Times New Roman" w:cs="Times New Roman"/>
        </w:rPr>
      </w:pPr>
    </w:p>
    <w:p w14:paraId="0B81E977" w14:textId="77777777" w:rsidR="005934E5" w:rsidRPr="002E753D" w:rsidRDefault="007A1573" w:rsidP="002E753D">
      <w:pPr>
        <w:jc w:val="center"/>
        <w:rPr>
          <w:rFonts w:ascii="Times New Roman" w:hAnsi="Times New Roman" w:cs="Times New Roman"/>
        </w:rPr>
      </w:pPr>
      <w:r w:rsidRPr="002E753D">
        <w:rPr>
          <w:rFonts w:ascii="Times New Roman" w:hAnsi="Times New Roman" w:cs="Times New Roman"/>
        </w:rPr>
        <w:t xml:space="preserve">Entries Online via </w:t>
      </w:r>
      <w:proofErr w:type="spellStart"/>
      <w:r w:rsidRPr="002E753D">
        <w:rPr>
          <w:rFonts w:ascii="Times New Roman" w:hAnsi="Times New Roman" w:cs="Times New Roman"/>
        </w:rPr>
        <w:t>Entrymaster</w:t>
      </w:r>
      <w:proofErr w:type="spellEnd"/>
      <w:r w:rsidRPr="002E753D">
        <w:rPr>
          <w:rFonts w:ascii="Times New Roman" w:hAnsi="Times New Roman" w:cs="Times New Roman"/>
        </w:rPr>
        <w:t xml:space="preserve"> Lite, £10.00</w:t>
      </w:r>
    </w:p>
    <w:p w14:paraId="6C669F4A" w14:textId="77777777" w:rsidR="002D0870" w:rsidRDefault="002D0870" w:rsidP="002E753D">
      <w:pPr>
        <w:jc w:val="center"/>
        <w:rPr>
          <w:rFonts w:ascii="Times New Roman" w:hAnsi="Times New Roman" w:cs="Times New Roman"/>
        </w:rPr>
      </w:pPr>
    </w:p>
    <w:p w14:paraId="11E637AD" w14:textId="059EF659" w:rsidR="005934E5" w:rsidRPr="002E753D" w:rsidRDefault="007A1573" w:rsidP="002E753D">
      <w:pPr>
        <w:jc w:val="center"/>
        <w:rPr>
          <w:rFonts w:ascii="Times New Roman" w:hAnsi="Times New Roman" w:cs="Times New Roman"/>
        </w:rPr>
      </w:pPr>
      <w:r w:rsidRPr="002E753D">
        <w:rPr>
          <w:rFonts w:ascii="Times New Roman" w:hAnsi="Times New Roman" w:cs="Times New Roman"/>
        </w:rPr>
        <w:t>If you enter and withdraw after close of entries you WILL NOT be refunded.</w:t>
      </w:r>
    </w:p>
    <w:p w14:paraId="47F2993A" w14:textId="77777777" w:rsidR="005934E5" w:rsidRDefault="007A1573" w:rsidP="002E753D">
      <w:pPr>
        <w:jc w:val="center"/>
        <w:rPr>
          <w:rFonts w:ascii="Times New Roman" w:hAnsi="Times New Roman" w:cs="Times New Roman"/>
        </w:rPr>
      </w:pPr>
      <w:r w:rsidRPr="002E753D">
        <w:rPr>
          <w:rFonts w:ascii="Times New Roman" w:hAnsi="Times New Roman" w:cs="Times New Roman"/>
        </w:rPr>
        <w:t>Times will be available after close of entries</w:t>
      </w:r>
    </w:p>
    <w:p w14:paraId="0BABD116" w14:textId="77777777" w:rsidR="002E753D" w:rsidRPr="002E753D" w:rsidRDefault="002E753D" w:rsidP="002E753D">
      <w:pPr>
        <w:jc w:val="center"/>
        <w:rPr>
          <w:rFonts w:ascii="Times New Roman" w:hAnsi="Times New Roman" w:cs="Times New Roman"/>
        </w:rPr>
      </w:pPr>
    </w:p>
    <w:p w14:paraId="00D2F824" w14:textId="77777777" w:rsidR="009B6E13" w:rsidRDefault="009B6E13">
      <w:pPr>
        <w:rPr>
          <w:rFonts w:ascii="Times New Roman" w:hAnsi="Times New Roman" w:cs="Times New Roman"/>
        </w:rPr>
      </w:pPr>
    </w:p>
    <w:p w14:paraId="0D9D194C" w14:textId="2985147E" w:rsidR="009B6E13" w:rsidRPr="00B943A5" w:rsidRDefault="00844B8F" w:rsidP="00B943A5">
      <w:pPr>
        <w:jc w:val="center"/>
        <w:rPr>
          <w:rFonts w:ascii="Times New Roman" w:hAnsi="Times New Roman" w:cs="Times New Roman"/>
          <w:b/>
          <w:bCs/>
          <w:sz w:val="30"/>
          <w:szCs w:val="30"/>
        </w:rPr>
      </w:pPr>
      <w:r w:rsidRPr="00B943A5">
        <w:rPr>
          <w:rFonts w:ascii="Times New Roman" w:hAnsi="Times New Roman" w:cs="Times New Roman"/>
          <w:b/>
          <w:bCs/>
          <w:sz w:val="30"/>
          <w:szCs w:val="30"/>
        </w:rPr>
        <w:t xml:space="preserve">FLU VACCINATIONS </w:t>
      </w:r>
      <w:proofErr w:type="gramStart"/>
      <w:r w:rsidRPr="00B943A5">
        <w:rPr>
          <w:rFonts w:ascii="Times New Roman" w:hAnsi="Times New Roman" w:cs="Times New Roman"/>
          <w:b/>
          <w:bCs/>
          <w:sz w:val="30"/>
          <w:szCs w:val="30"/>
        </w:rPr>
        <w:t>COMPULSORY  FOR</w:t>
      </w:r>
      <w:proofErr w:type="gramEnd"/>
      <w:r w:rsidRPr="00B943A5">
        <w:rPr>
          <w:rFonts w:ascii="Times New Roman" w:hAnsi="Times New Roman" w:cs="Times New Roman"/>
          <w:b/>
          <w:bCs/>
          <w:sz w:val="30"/>
          <w:szCs w:val="30"/>
        </w:rPr>
        <w:t xml:space="preserve"> ALL HORSES/PONIES</w:t>
      </w:r>
    </w:p>
    <w:p w14:paraId="39CF45B4" w14:textId="6FC3920C" w:rsidR="00B943A5" w:rsidRDefault="00B943A5" w:rsidP="00B943A5">
      <w:pPr>
        <w:jc w:val="center"/>
        <w:rPr>
          <w:rFonts w:ascii="Times New Roman" w:hAnsi="Times New Roman" w:cs="Times New Roman"/>
          <w:b/>
          <w:bCs/>
          <w:sz w:val="30"/>
          <w:szCs w:val="30"/>
        </w:rPr>
      </w:pPr>
    </w:p>
    <w:p w14:paraId="19673BDE" w14:textId="77777777" w:rsidR="00D639C8" w:rsidRDefault="00D639C8" w:rsidP="00B943A5">
      <w:pPr>
        <w:jc w:val="center"/>
        <w:rPr>
          <w:rFonts w:ascii="Times New Roman" w:hAnsi="Times New Roman" w:cs="Times New Roman"/>
          <w:b/>
          <w:bCs/>
          <w:sz w:val="30"/>
          <w:szCs w:val="30"/>
        </w:rPr>
      </w:pPr>
    </w:p>
    <w:p w14:paraId="7AD50C6F" w14:textId="77777777" w:rsidR="00D639C8" w:rsidRPr="00B943A5" w:rsidRDefault="00D639C8" w:rsidP="00B943A5">
      <w:pPr>
        <w:jc w:val="center"/>
        <w:rPr>
          <w:rFonts w:ascii="Times New Roman" w:hAnsi="Times New Roman" w:cs="Times New Roman"/>
          <w:b/>
          <w:bCs/>
          <w:sz w:val="30"/>
          <w:szCs w:val="30"/>
        </w:rPr>
      </w:pPr>
    </w:p>
    <w:p w14:paraId="03523D45" w14:textId="77777777" w:rsidR="002D0870" w:rsidRPr="00B943A5" w:rsidRDefault="002D0870" w:rsidP="00B943A5">
      <w:pPr>
        <w:jc w:val="center"/>
        <w:rPr>
          <w:rFonts w:ascii="Times New Roman" w:hAnsi="Times New Roman" w:cs="Times New Roman"/>
          <w:b/>
          <w:bCs/>
          <w:sz w:val="30"/>
          <w:szCs w:val="30"/>
        </w:rPr>
      </w:pPr>
    </w:p>
    <w:p w14:paraId="6236331A" w14:textId="2EDAEFC5" w:rsidR="005934E5" w:rsidRPr="002E753D" w:rsidRDefault="0053202D">
      <w:pPr>
        <w:rPr>
          <w:rFonts w:ascii="Times New Roman" w:hAnsi="Times New Roman" w:cs="Times New Roman"/>
        </w:rPr>
      </w:pPr>
      <w:r>
        <w:rPr>
          <w:rFonts w:ascii="Times New Roman" w:hAnsi="Times New Roman" w:cs="Times New Roman"/>
        </w:rPr>
        <w:lastRenderedPageBreak/>
        <w:t>J</w:t>
      </w:r>
      <w:r w:rsidR="007A1573" w:rsidRPr="002E753D">
        <w:rPr>
          <w:rFonts w:ascii="Times New Roman" w:hAnsi="Times New Roman" w:cs="Times New Roman"/>
        </w:rPr>
        <w:t>UNIORS 16 years and under (ponies 148cm or under).</w:t>
      </w:r>
    </w:p>
    <w:p w14:paraId="5453568B" w14:textId="77777777" w:rsidR="005934E5" w:rsidRPr="002E753D" w:rsidRDefault="007A1573">
      <w:pPr>
        <w:rPr>
          <w:rFonts w:ascii="Times New Roman" w:hAnsi="Times New Roman" w:cs="Times New Roman"/>
        </w:rPr>
      </w:pPr>
      <w:r w:rsidRPr="002E753D">
        <w:rPr>
          <w:rFonts w:ascii="Times New Roman" w:hAnsi="Times New Roman" w:cs="Times New Roman"/>
        </w:rPr>
        <w:t>SENIORS 17 years and over OR Juniors on horses exceeding 148cm.</w:t>
      </w:r>
    </w:p>
    <w:p w14:paraId="1C2BF421" w14:textId="77777777" w:rsidR="005934E5" w:rsidRPr="002E753D" w:rsidRDefault="007A1573">
      <w:pPr>
        <w:rPr>
          <w:rFonts w:ascii="Times New Roman" w:hAnsi="Times New Roman" w:cs="Times New Roman"/>
        </w:rPr>
      </w:pPr>
      <w:r w:rsidRPr="002E753D">
        <w:rPr>
          <w:rFonts w:ascii="Times New Roman" w:hAnsi="Times New Roman" w:cs="Times New Roman"/>
        </w:rPr>
        <w:t>Ages as on the day</w:t>
      </w:r>
    </w:p>
    <w:p w14:paraId="5D416376" w14:textId="77777777" w:rsidR="005934E5" w:rsidRPr="002E753D" w:rsidRDefault="005934E5">
      <w:pPr>
        <w:rPr>
          <w:rFonts w:ascii="Times New Roman" w:hAnsi="Times New Roman" w:cs="Times New Roman"/>
        </w:rPr>
      </w:pPr>
    </w:p>
    <w:p w14:paraId="30919F07" w14:textId="77777777" w:rsidR="005934E5" w:rsidRPr="002E753D" w:rsidRDefault="007A1573">
      <w:pPr>
        <w:rPr>
          <w:rFonts w:ascii="Times New Roman" w:hAnsi="Times New Roman" w:cs="Times New Roman"/>
        </w:rPr>
      </w:pPr>
      <w:r w:rsidRPr="002E753D">
        <w:rPr>
          <w:rFonts w:ascii="Times New Roman" w:hAnsi="Times New Roman" w:cs="Times New Roman"/>
        </w:rPr>
        <w:t>Class list:</w:t>
      </w:r>
    </w:p>
    <w:p w14:paraId="5D8E9E5E" w14:textId="77777777" w:rsidR="005934E5" w:rsidRPr="002E753D" w:rsidRDefault="007A1573">
      <w:pPr>
        <w:rPr>
          <w:rFonts w:ascii="Times New Roman" w:hAnsi="Times New Roman" w:cs="Times New Roman"/>
        </w:rPr>
      </w:pPr>
      <w:r w:rsidRPr="002E753D">
        <w:rPr>
          <w:rFonts w:ascii="Times New Roman" w:hAnsi="Times New Roman" w:cs="Times New Roman"/>
        </w:rPr>
        <w:t>Class 1 JUNIOR Jumps Poles on the floor. May be led.</w:t>
      </w:r>
    </w:p>
    <w:p w14:paraId="435E5949" w14:textId="77777777" w:rsidR="005934E5" w:rsidRPr="002E753D" w:rsidRDefault="007A1573">
      <w:pPr>
        <w:rPr>
          <w:rFonts w:ascii="Times New Roman" w:hAnsi="Times New Roman" w:cs="Times New Roman"/>
        </w:rPr>
      </w:pPr>
      <w:r w:rsidRPr="002E753D">
        <w:rPr>
          <w:rFonts w:ascii="Times New Roman" w:hAnsi="Times New Roman" w:cs="Times New Roman"/>
        </w:rPr>
        <w:t>Class 2 JUNIOR Jumps not to exceed 30 cm. May be led.</w:t>
      </w:r>
    </w:p>
    <w:p w14:paraId="159416E5" w14:textId="77777777" w:rsidR="005934E5" w:rsidRPr="002E753D" w:rsidRDefault="007A1573">
      <w:pPr>
        <w:rPr>
          <w:rFonts w:ascii="Times New Roman" w:hAnsi="Times New Roman" w:cs="Times New Roman"/>
        </w:rPr>
      </w:pPr>
      <w:r w:rsidRPr="002E753D">
        <w:rPr>
          <w:rFonts w:ascii="Times New Roman" w:hAnsi="Times New Roman" w:cs="Times New Roman"/>
        </w:rPr>
        <w:t>Class 3 JUNIOR Jumps not to exceed 40 cm. May be led.</w:t>
      </w:r>
    </w:p>
    <w:p w14:paraId="6D3F0CB5" w14:textId="77777777" w:rsidR="005934E5" w:rsidRPr="002E753D" w:rsidRDefault="007A1573">
      <w:pPr>
        <w:rPr>
          <w:rFonts w:ascii="Times New Roman" w:hAnsi="Times New Roman" w:cs="Times New Roman"/>
        </w:rPr>
      </w:pPr>
      <w:r w:rsidRPr="002E753D">
        <w:rPr>
          <w:rFonts w:ascii="Times New Roman" w:hAnsi="Times New Roman" w:cs="Times New Roman"/>
        </w:rPr>
        <w:t>Class 4 SENIOR Jumps not to exceed 40 cm.</w:t>
      </w:r>
    </w:p>
    <w:p w14:paraId="26D75A77" w14:textId="77777777" w:rsidR="005934E5" w:rsidRPr="002E753D" w:rsidRDefault="007A1573">
      <w:pPr>
        <w:rPr>
          <w:rFonts w:ascii="Times New Roman" w:hAnsi="Times New Roman" w:cs="Times New Roman"/>
        </w:rPr>
      </w:pPr>
      <w:r w:rsidRPr="002E753D">
        <w:rPr>
          <w:rFonts w:ascii="Times New Roman" w:hAnsi="Times New Roman" w:cs="Times New Roman"/>
        </w:rPr>
        <w:t>Class 5 JUNIOR Jumps not to exceed 50 cm.</w:t>
      </w:r>
    </w:p>
    <w:p w14:paraId="2EB6517C" w14:textId="77777777" w:rsidR="005934E5" w:rsidRPr="002E753D" w:rsidRDefault="007A1573">
      <w:pPr>
        <w:rPr>
          <w:rFonts w:ascii="Times New Roman" w:hAnsi="Times New Roman" w:cs="Times New Roman"/>
        </w:rPr>
      </w:pPr>
      <w:r w:rsidRPr="002E753D">
        <w:rPr>
          <w:rFonts w:ascii="Times New Roman" w:hAnsi="Times New Roman" w:cs="Times New Roman"/>
        </w:rPr>
        <w:t>Class 6 SENIOR Jumps not to exceed 50 cm.</w:t>
      </w:r>
    </w:p>
    <w:p w14:paraId="2360DC1D" w14:textId="77777777" w:rsidR="005934E5" w:rsidRPr="002E753D" w:rsidRDefault="007A1573">
      <w:pPr>
        <w:rPr>
          <w:rFonts w:ascii="Times New Roman" w:hAnsi="Times New Roman" w:cs="Times New Roman"/>
        </w:rPr>
      </w:pPr>
      <w:r w:rsidRPr="002E753D">
        <w:rPr>
          <w:rFonts w:ascii="Times New Roman" w:hAnsi="Times New Roman" w:cs="Times New Roman"/>
        </w:rPr>
        <w:t>Class 7 JUNIOR Jumps not to exceed 60 cm.</w:t>
      </w:r>
    </w:p>
    <w:p w14:paraId="55E904BF" w14:textId="77777777" w:rsidR="005934E5" w:rsidRPr="002E753D" w:rsidRDefault="007A1573">
      <w:pPr>
        <w:rPr>
          <w:rFonts w:ascii="Times New Roman" w:hAnsi="Times New Roman" w:cs="Times New Roman"/>
        </w:rPr>
      </w:pPr>
      <w:r w:rsidRPr="002E753D">
        <w:rPr>
          <w:rFonts w:ascii="Times New Roman" w:hAnsi="Times New Roman" w:cs="Times New Roman"/>
        </w:rPr>
        <w:t>Class 8 SENIOR Jumps not to exceed 60 cm.</w:t>
      </w:r>
    </w:p>
    <w:p w14:paraId="676806C6" w14:textId="77777777" w:rsidR="005934E5" w:rsidRPr="002E753D" w:rsidRDefault="007A1573">
      <w:pPr>
        <w:rPr>
          <w:rFonts w:ascii="Times New Roman" w:hAnsi="Times New Roman" w:cs="Times New Roman"/>
        </w:rPr>
      </w:pPr>
      <w:r w:rsidRPr="002E753D">
        <w:rPr>
          <w:rFonts w:ascii="Times New Roman" w:hAnsi="Times New Roman" w:cs="Times New Roman"/>
        </w:rPr>
        <w:t>Class 9 JUNIOR Jumps not to exceed 70 cm.</w:t>
      </w:r>
    </w:p>
    <w:p w14:paraId="1CD8CFA5" w14:textId="77777777" w:rsidR="005934E5" w:rsidRPr="002E753D" w:rsidRDefault="007A1573">
      <w:pPr>
        <w:rPr>
          <w:rFonts w:ascii="Times New Roman" w:hAnsi="Times New Roman" w:cs="Times New Roman"/>
        </w:rPr>
      </w:pPr>
      <w:r w:rsidRPr="002E753D">
        <w:rPr>
          <w:rFonts w:ascii="Times New Roman" w:hAnsi="Times New Roman" w:cs="Times New Roman"/>
        </w:rPr>
        <w:t>Class 10 SENIOR Jumps not to exceed 70 cm.</w:t>
      </w:r>
    </w:p>
    <w:p w14:paraId="44A2AE21" w14:textId="77777777" w:rsidR="005934E5" w:rsidRPr="002E753D" w:rsidRDefault="007A1573">
      <w:pPr>
        <w:rPr>
          <w:rFonts w:ascii="Times New Roman" w:hAnsi="Times New Roman" w:cs="Times New Roman"/>
        </w:rPr>
      </w:pPr>
      <w:r w:rsidRPr="002E753D">
        <w:rPr>
          <w:rFonts w:ascii="Times New Roman" w:hAnsi="Times New Roman" w:cs="Times New Roman"/>
        </w:rPr>
        <w:t>Class 11 JUNIOR Jumps not to exceed 80 cm.</w:t>
      </w:r>
    </w:p>
    <w:p w14:paraId="2FFF02E1" w14:textId="77777777" w:rsidR="005934E5" w:rsidRPr="002E753D" w:rsidRDefault="007A1573">
      <w:pPr>
        <w:rPr>
          <w:rFonts w:ascii="Times New Roman" w:hAnsi="Times New Roman" w:cs="Times New Roman"/>
        </w:rPr>
      </w:pPr>
      <w:r w:rsidRPr="002E753D">
        <w:rPr>
          <w:rFonts w:ascii="Times New Roman" w:hAnsi="Times New Roman" w:cs="Times New Roman"/>
        </w:rPr>
        <w:t>Class 12 SENIOR Jumps not to exceed 80 cm.</w:t>
      </w:r>
    </w:p>
    <w:p w14:paraId="651E31E0" w14:textId="77777777" w:rsidR="005934E5" w:rsidRPr="002E753D" w:rsidRDefault="007A1573">
      <w:pPr>
        <w:rPr>
          <w:rFonts w:ascii="Times New Roman" w:hAnsi="Times New Roman" w:cs="Times New Roman"/>
        </w:rPr>
      </w:pPr>
      <w:r w:rsidRPr="002E753D">
        <w:rPr>
          <w:rFonts w:ascii="Times New Roman" w:hAnsi="Times New Roman" w:cs="Times New Roman"/>
        </w:rPr>
        <w:t>Class 13 JUNIOR Jumps not to exceed 90 cm.</w:t>
      </w:r>
    </w:p>
    <w:p w14:paraId="526C4ACC" w14:textId="77777777" w:rsidR="005934E5" w:rsidRPr="002E753D" w:rsidRDefault="007A1573">
      <w:pPr>
        <w:rPr>
          <w:rFonts w:ascii="Times New Roman" w:hAnsi="Times New Roman" w:cs="Times New Roman"/>
        </w:rPr>
      </w:pPr>
      <w:r w:rsidRPr="002E753D">
        <w:rPr>
          <w:rFonts w:ascii="Times New Roman" w:hAnsi="Times New Roman" w:cs="Times New Roman"/>
        </w:rPr>
        <w:t>Class 14 SENIOR Jumps not to exceed 90 cm.</w:t>
      </w:r>
    </w:p>
    <w:p w14:paraId="1F7E4795" w14:textId="77777777" w:rsidR="005934E5" w:rsidRPr="002E753D" w:rsidRDefault="007A1573">
      <w:pPr>
        <w:rPr>
          <w:rFonts w:ascii="Times New Roman" w:hAnsi="Times New Roman" w:cs="Times New Roman"/>
        </w:rPr>
      </w:pPr>
      <w:r w:rsidRPr="002E753D">
        <w:rPr>
          <w:rFonts w:ascii="Times New Roman" w:hAnsi="Times New Roman" w:cs="Times New Roman"/>
        </w:rPr>
        <w:t>Class 15 JUNIOR Jumps not to exceed 1 m.</w:t>
      </w:r>
    </w:p>
    <w:p w14:paraId="4A8CDFF1" w14:textId="77777777" w:rsidR="005934E5" w:rsidRPr="002E753D" w:rsidRDefault="007A1573">
      <w:pPr>
        <w:rPr>
          <w:rFonts w:ascii="Times New Roman" w:hAnsi="Times New Roman" w:cs="Times New Roman"/>
        </w:rPr>
      </w:pPr>
      <w:r w:rsidRPr="002E753D">
        <w:rPr>
          <w:rFonts w:ascii="Times New Roman" w:hAnsi="Times New Roman" w:cs="Times New Roman"/>
        </w:rPr>
        <w:t>Class 16 SENIOR Jumps not to exceed 1 m.</w:t>
      </w:r>
    </w:p>
    <w:p w14:paraId="1977FEF7" w14:textId="77777777" w:rsidR="005934E5" w:rsidRPr="002E753D" w:rsidRDefault="005934E5">
      <w:pPr>
        <w:rPr>
          <w:rFonts w:ascii="Times New Roman" w:hAnsi="Times New Roman" w:cs="Times New Roman"/>
        </w:rPr>
      </w:pPr>
    </w:p>
    <w:p w14:paraId="2B7CF81D" w14:textId="77777777" w:rsidR="005934E5" w:rsidRDefault="007A1573">
      <w:pPr>
        <w:rPr>
          <w:rFonts w:ascii="Times New Roman" w:hAnsi="Times New Roman" w:cs="Times New Roman"/>
          <w:sz w:val="16"/>
          <w:szCs w:val="16"/>
        </w:rPr>
      </w:pPr>
      <w:r w:rsidRPr="002E753D">
        <w:rPr>
          <w:rFonts w:ascii="Times New Roman" w:hAnsi="Times New Roman" w:cs="Times New Roman"/>
          <w:sz w:val="16"/>
          <w:szCs w:val="16"/>
        </w:rPr>
        <w:t>Additional notes:</w:t>
      </w:r>
    </w:p>
    <w:p w14:paraId="7DA0B7BB" w14:textId="50CE5430" w:rsidR="0053202D" w:rsidRPr="002E753D" w:rsidRDefault="001928DB">
      <w:pPr>
        <w:rPr>
          <w:rFonts w:ascii="Times New Roman" w:hAnsi="Times New Roman" w:cs="Times New Roman"/>
          <w:sz w:val="16"/>
          <w:szCs w:val="16"/>
        </w:rPr>
      </w:pPr>
      <w:r>
        <w:rPr>
          <w:rFonts w:ascii="Times New Roman" w:hAnsi="Times New Roman" w:cs="Times New Roman"/>
          <w:sz w:val="16"/>
          <w:szCs w:val="16"/>
        </w:rPr>
        <w:t>Flu Vaccinations compulsory</w:t>
      </w:r>
    </w:p>
    <w:p w14:paraId="744734B8"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No ponies/horses to be left tied unaccompanied to trailers/lorries.</w:t>
      </w:r>
    </w:p>
    <w:p w14:paraId="6ABE5BEB"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All hay/droppings to be picked up please.</w:t>
      </w:r>
    </w:p>
    <w:p w14:paraId="23D947ED" w14:textId="77777777" w:rsidR="005934E5" w:rsidRPr="002E753D" w:rsidRDefault="005934E5">
      <w:pPr>
        <w:rPr>
          <w:rFonts w:ascii="Times New Roman" w:hAnsi="Times New Roman" w:cs="Times New Roman"/>
          <w:sz w:val="16"/>
          <w:szCs w:val="16"/>
        </w:rPr>
      </w:pPr>
    </w:p>
    <w:p w14:paraId="5C861171" w14:textId="77777777" w:rsidR="009B6E13" w:rsidRDefault="009B6E13">
      <w:pPr>
        <w:rPr>
          <w:rFonts w:ascii="Times New Roman" w:hAnsi="Times New Roman" w:cs="Times New Roman"/>
          <w:sz w:val="16"/>
          <w:szCs w:val="16"/>
        </w:rPr>
      </w:pPr>
    </w:p>
    <w:p w14:paraId="61A904BF" w14:textId="5EE04363"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Liability Waiver:</w:t>
      </w:r>
    </w:p>
    <w:p w14:paraId="2C27EF53"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Owners/riders entering their ponies/horses do so entirely at their own risk.</w:t>
      </w:r>
    </w:p>
    <w:p w14:paraId="13151820"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Penskyber Equestrian, the owners of the showground and the organisers of the show accept no responsibility for loss, damage or injury to any person, animal or property.</w:t>
      </w:r>
    </w:p>
    <w:p w14:paraId="2B4B365A"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The organisers have taken every reasonable precaution to ensure the health and safety of all present.</w:t>
      </w:r>
    </w:p>
    <w:p w14:paraId="7F70F368"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For these measures to be effective, everyone must take all reasonable precautions to avoid and prevent accidents occurring and they must obey the instructions of the organisers, officials and stewards at all times.</w:t>
      </w:r>
    </w:p>
    <w:p w14:paraId="2B36DF62"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Save for the death or personal injury caused by the negligence of the organisers, or anyone for whom they are in law responsible, neither the organisers of this event nor any agent, employee or representative of these bodies, nor the landlord or his tenant, accepts any liability for any accident, loss, damage, injury or illness to horses, owners, riders, spectators, land, cars, their contents and accessories, or any other personal property whatsoever, whether caused by their negligence, breach of contract or in any other way whatsoever.</w:t>
      </w:r>
    </w:p>
    <w:p w14:paraId="73247D27"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Entries are only accepted on this basis.</w:t>
      </w:r>
    </w:p>
    <w:p w14:paraId="59E2371B"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The organisers of this event have taken all reasonable precautions to ensure the health and safety of everyone present at this event.</w:t>
      </w:r>
    </w:p>
    <w:p w14:paraId="5668DD0D"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For these measures to be effective, everyone must take all reasonable precautions to avoid and prevent accidents.</w:t>
      </w:r>
    </w:p>
    <w:p w14:paraId="0FF51830"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They must obey the instructions of the organisers and all officials and stewards.</w:t>
      </w:r>
    </w:p>
    <w:p w14:paraId="48ADA275"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 xml:space="preserve">All competitors must have their own </w:t>
      </w:r>
      <w:proofErr w:type="gramStart"/>
      <w:r w:rsidRPr="002E753D">
        <w:rPr>
          <w:rFonts w:ascii="Times New Roman" w:hAnsi="Times New Roman" w:cs="Times New Roman"/>
          <w:sz w:val="16"/>
          <w:szCs w:val="16"/>
        </w:rPr>
        <w:t>third party</w:t>
      </w:r>
      <w:proofErr w:type="gramEnd"/>
      <w:r w:rsidRPr="002E753D">
        <w:rPr>
          <w:rFonts w:ascii="Times New Roman" w:hAnsi="Times New Roman" w:cs="Times New Roman"/>
          <w:sz w:val="16"/>
          <w:szCs w:val="16"/>
        </w:rPr>
        <w:t xml:space="preserve"> cover.</w:t>
      </w:r>
    </w:p>
    <w:p w14:paraId="483E451C" w14:textId="77777777" w:rsidR="005934E5" w:rsidRPr="002E753D" w:rsidRDefault="007A1573">
      <w:pPr>
        <w:rPr>
          <w:sz w:val="16"/>
          <w:szCs w:val="16"/>
        </w:rPr>
      </w:pPr>
      <w:r w:rsidRPr="002E753D">
        <w:rPr>
          <w:rFonts w:ascii="Times New Roman" w:hAnsi="Times New Roman" w:cs="Times New Roman"/>
          <w:sz w:val="16"/>
          <w:szCs w:val="16"/>
        </w:rPr>
        <w:t>Penskyber Equestrian and the organisers of this event are not legally responsible for any competitor and their</w:t>
      </w:r>
      <w:r w:rsidRPr="002E753D">
        <w:rPr>
          <w:sz w:val="16"/>
          <w:szCs w:val="16"/>
        </w:rPr>
        <w:t xml:space="preserve"> insurance will not cover you.</w:t>
      </w:r>
    </w:p>
    <w:sectPr w:rsidR="005934E5" w:rsidRPr="002E753D"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FB91310"/>
    <w:multiLevelType w:val="hybridMultilevel"/>
    <w:tmpl w:val="A5400240"/>
    <w:lvl w:ilvl="0" w:tplc="35C06590">
      <w:numFmt w:val="bullet"/>
      <w:lvlText w:val=""/>
      <w:lvlJc w:val="left"/>
      <w:pPr>
        <w:ind w:left="470" w:hanging="360"/>
      </w:pPr>
      <w:rPr>
        <w:rFonts w:ascii="Symbol" w:eastAsiaTheme="minorEastAsia" w:hAnsi="Symbol" w:cs="Times New Roman" w:hint="default"/>
      </w:rPr>
    </w:lvl>
    <w:lvl w:ilvl="1" w:tplc="08090003" w:tentative="1">
      <w:start w:val="1"/>
      <w:numFmt w:val="bullet"/>
      <w:lvlText w:val="o"/>
      <w:lvlJc w:val="left"/>
      <w:pPr>
        <w:ind w:left="1190" w:hanging="360"/>
      </w:pPr>
      <w:rPr>
        <w:rFonts w:ascii="Courier New" w:hAnsi="Courier New" w:cs="Courier New" w:hint="default"/>
      </w:rPr>
    </w:lvl>
    <w:lvl w:ilvl="2" w:tplc="08090005" w:tentative="1">
      <w:start w:val="1"/>
      <w:numFmt w:val="bullet"/>
      <w:lvlText w:val=""/>
      <w:lvlJc w:val="left"/>
      <w:pPr>
        <w:ind w:left="1910" w:hanging="360"/>
      </w:pPr>
      <w:rPr>
        <w:rFonts w:ascii="Wingdings" w:hAnsi="Wingdings" w:hint="default"/>
      </w:rPr>
    </w:lvl>
    <w:lvl w:ilvl="3" w:tplc="08090001" w:tentative="1">
      <w:start w:val="1"/>
      <w:numFmt w:val="bullet"/>
      <w:lvlText w:val=""/>
      <w:lvlJc w:val="left"/>
      <w:pPr>
        <w:ind w:left="2630" w:hanging="360"/>
      </w:pPr>
      <w:rPr>
        <w:rFonts w:ascii="Symbol" w:hAnsi="Symbol" w:hint="default"/>
      </w:rPr>
    </w:lvl>
    <w:lvl w:ilvl="4" w:tplc="08090003" w:tentative="1">
      <w:start w:val="1"/>
      <w:numFmt w:val="bullet"/>
      <w:lvlText w:val="o"/>
      <w:lvlJc w:val="left"/>
      <w:pPr>
        <w:ind w:left="3350" w:hanging="360"/>
      </w:pPr>
      <w:rPr>
        <w:rFonts w:ascii="Courier New" w:hAnsi="Courier New" w:cs="Courier New" w:hint="default"/>
      </w:rPr>
    </w:lvl>
    <w:lvl w:ilvl="5" w:tplc="08090005" w:tentative="1">
      <w:start w:val="1"/>
      <w:numFmt w:val="bullet"/>
      <w:lvlText w:val=""/>
      <w:lvlJc w:val="left"/>
      <w:pPr>
        <w:ind w:left="4070" w:hanging="360"/>
      </w:pPr>
      <w:rPr>
        <w:rFonts w:ascii="Wingdings" w:hAnsi="Wingdings" w:hint="default"/>
      </w:rPr>
    </w:lvl>
    <w:lvl w:ilvl="6" w:tplc="08090001" w:tentative="1">
      <w:start w:val="1"/>
      <w:numFmt w:val="bullet"/>
      <w:lvlText w:val=""/>
      <w:lvlJc w:val="left"/>
      <w:pPr>
        <w:ind w:left="4790" w:hanging="360"/>
      </w:pPr>
      <w:rPr>
        <w:rFonts w:ascii="Symbol" w:hAnsi="Symbol" w:hint="default"/>
      </w:rPr>
    </w:lvl>
    <w:lvl w:ilvl="7" w:tplc="08090003" w:tentative="1">
      <w:start w:val="1"/>
      <w:numFmt w:val="bullet"/>
      <w:lvlText w:val="o"/>
      <w:lvlJc w:val="left"/>
      <w:pPr>
        <w:ind w:left="5510" w:hanging="360"/>
      </w:pPr>
      <w:rPr>
        <w:rFonts w:ascii="Courier New" w:hAnsi="Courier New" w:cs="Courier New" w:hint="default"/>
      </w:rPr>
    </w:lvl>
    <w:lvl w:ilvl="8" w:tplc="08090005" w:tentative="1">
      <w:start w:val="1"/>
      <w:numFmt w:val="bullet"/>
      <w:lvlText w:val=""/>
      <w:lvlJc w:val="left"/>
      <w:pPr>
        <w:ind w:left="6230" w:hanging="360"/>
      </w:pPr>
      <w:rPr>
        <w:rFonts w:ascii="Wingdings" w:hAnsi="Wingdings" w:hint="default"/>
      </w:rPr>
    </w:lvl>
  </w:abstractNum>
  <w:num w:numId="1" w16cid:durableId="968897419">
    <w:abstractNumId w:val="8"/>
  </w:num>
  <w:num w:numId="2" w16cid:durableId="1134909846">
    <w:abstractNumId w:val="6"/>
  </w:num>
  <w:num w:numId="3" w16cid:durableId="562986859">
    <w:abstractNumId w:val="5"/>
  </w:num>
  <w:num w:numId="4" w16cid:durableId="33501778">
    <w:abstractNumId w:val="4"/>
  </w:num>
  <w:num w:numId="5" w16cid:durableId="560167571">
    <w:abstractNumId w:val="7"/>
  </w:num>
  <w:num w:numId="6" w16cid:durableId="664553490">
    <w:abstractNumId w:val="3"/>
  </w:num>
  <w:num w:numId="7" w16cid:durableId="10953201">
    <w:abstractNumId w:val="2"/>
  </w:num>
  <w:num w:numId="8" w16cid:durableId="1432512215">
    <w:abstractNumId w:val="1"/>
  </w:num>
  <w:num w:numId="9" w16cid:durableId="961115770">
    <w:abstractNumId w:val="0"/>
  </w:num>
  <w:num w:numId="10" w16cid:durableId="6501403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7901"/>
    <w:rsid w:val="0012302A"/>
    <w:rsid w:val="0015074B"/>
    <w:rsid w:val="001928DB"/>
    <w:rsid w:val="0029639D"/>
    <w:rsid w:val="002D0870"/>
    <w:rsid w:val="002E753D"/>
    <w:rsid w:val="00326F90"/>
    <w:rsid w:val="0053202D"/>
    <w:rsid w:val="005934E5"/>
    <w:rsid w:val="006E606F"/>
    <w:rsid w:val="00750C1D"/>
    <w:rsid w:val="007A1573"/>
    <w:rsid w:val="007B58B0"/>
    <w:rsid w:val="00844B8F"/>
    <w:rsid w:val="00854D3F"/>
    <w:rsid w:val="00873E80"/>
    <w:rsid w:val="00947ED9"/>
    <w:rsid w:val="009B6E13"/>
    <w:rsid w:val="009D4D1E"/>
    <w:rsid w:val="00AA1D8D"/>
    <w:rsid w:val="00B47730"/>
    <w:rsid w:val="00B943A5"/>
    <w:rsid w:val="00CB0664"/>
    <w:rsid w:val="00CB4902"/>
    <w:rsid w:val="00D62E8B"/>
    <w:rsid w:val="00D639C8"/>
    <w:rsid w:val="00E9145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ED68B7"/>
  <w14:defaultImageDpi w14:val="300"/>
  <w15:docId w15:val="{7759976F-B466-491E-87C4-5A69D14EB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479</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Sarah Whitfield</cp:lastModifiedBy>
  <cp:revision>2</cp:revision>
  <dcterms:created xsi:type="dcterms:W3CDTF">2026-08-07T13:33:00Z</dcterms:created>
  <dcterms:modified xsi:type="dcterms:W3CDTF">2026-08-07T13:33:00Z</dcterms:modified>
  <cp:category/>
</cp:coreProperties>
</file>