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960C7" w14:textId="3F970D6D" w:rsidR="002E753D" w:rsidRPr="002E753D" w:rsidRDefault="007A1573" w:rsidP="002E753D">
      <w:pPr>
        <w:pStyle w:val="Title"/>
        <w:jc w:val="center"/>
        <w:rPr>
          <w:rFonts w:ascii="Times New Roman" w:hAnsi="Times New Roman" w:cs="Times New Roman"/>
          <w:b/>
          <w:bCs/>
        </w:rPr>
      </w:pPr>
      <w:proofErr w:type="spellStart"/>
      <w:r w:rsidRPr="002E753D">
        <w:rPr>
          <w:rFonts w:ascii="Times New Roman" w:hAnsi="Times New Roman" w:cs="Times New Roman"/>
          <w:b/>
          <w:bCs/>
        </w:rPr>
        <w:t>Penskyber</w:t>
      </w:r>
      <w:proofErr w:type="spellEnd"/>
      <w:r w:rsidRPr="002E753D">
        <w:rPr>
          <w:rFonts w:ascii="Times New Roman" w:hAnsi="Times New Roman" w:cs="Times New Roman"/>
          <w:b/>
          <w:bCs/>
        </w:rPr>
        <w:t xml:space="preserve"> Equestrian Centr</w:t>
      </w:r>
      <w:r w:rsidR="002E753D" w:rsidRPr="002E753D">
        <w:rPr>
          <w:rFonts w:ascii="Times New Roman" w:hAnsi="Times New Roman" w:cs="Times New Roman"/>
          <w:b/>
          <w:bCs/>
        </w:rPr>
        <w:t>e</w:t>
      </w:r>
    </w:p>
    <w:p w14:paraId="5A4ADCD7" w14:textId="3DC36D70" w:rsidR="005934E5" w:rsidRPr="002E753D" w:rsidRDefault="007A1573" w:rsidP="002E753D">
      <w:pPr>
        <w:pStyle w:val="Title"/>
        <w:jc w:val="center"/>
        <w:rPr>
          <w:rFonts w:ascii="Times New Roman" w:hAnsi="Times New Roman" w:cs="Times New Roman"/>
          <w:b/>
          <w:bCs/>
        </w:rPr>
      </w:pPr>
      <w:r w:rsidRPr="002E753D">
        <w:rPr>
          <w:rFonts w:ascii="Times New Roman" w:hAnsi="Times New Roman" w:cs="Times New Roman"/>
          <w:b/>
          <w:bCs/>
        </w:rPr>
        <w:t>Show Jumpi</w:t>
      </w:r>
      <w:r w:rsidR="002E753D">
        <w:rPr>
          <w:rFonts w:ascii="Times New Roman" w:hAnsi="Times New Roman" w:cs="Times New Roman"/>
          <w:b/>
          <w:bCs/>
        </w:rPr>
        <w:t>ng</w:t>
      </w:r>
      <w:r w:rsidR="00086AEC">
        <w:rPr>
          <w:rFonts w:ascii="Times New Roman" w:hAnsi="Times New Roman" w:cs="Times New Roman"/>
          <w:b/>
          <w:bCs/>
        </w:rPr>
        <w:t xml:space="preserve"> Extravaganza</w:t>
      </w:r>
    </w:p>
    <w:p w14:paraId="050705E4"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Penskyber Fawr Farm</w:t>
      </w:r>
    </w:p>
    <w:p w14:paraId="7979B0E0"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Letterston</w:t>
      </w:r>
    </w:p>
    <w:p w14:paraId="4C83724B"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Haverfordwest</w:t>
      </w:r>
    </w:p>
    <w:p w14:paraId="69C476E5"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SA62 5TJ</w:t>
      </w:r>
    </w:p>
    <w:p w14:paraId="31120C41"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Tel: 07831 403297</w:t>
      </w:r>
    </w:p>
    <w:p w14:paraId="1C6CE405" w14:textId="77777777" w:rsidR="005934E5" w:rsidRPr="002E753D" w:rsidRDefault="005934E5" w:rsidP="002E753D">
      <w:pPr>
        <w:spacing w:line="240" w:lineRule="auto"/>
        <w:jc w:val="center"/>
        <w:rPr>
          <w:rFonts w:ascii="Times New Roman" w:hAnsi="Times New Roman" w:cs="Times New Roman"/>
        </w:rPr>
      </w:pPr>
    </w:p>
    <w:p w14:paraId="18745575" w14:textId="069D801F"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S</w:t>
      </w:r>
      <w:r w:rsidR="00904932">
        <w:rPr>
          <w:rFonts w:ascii="Times New Roman" w:hAnsi="Times New Roman" w:cs="Times New Roman"/>
        </w:rPr>
        <w:t>ATUR</w:t>
      </w:r>
      <w:r w:rsidRPr="002E753D">
        <w:rPr>
          <w:rFonts w:ascii="Times New Roman" w:hAnsi="Times New Roman" w:cs="Times New Roman"/>
        </w:rPr>
        <w:t xml:space="preserve">DAY </w:t>
      </w:r>
      <w:r w:rsidR="007B58B0">
        <w:rPr>
          <w:rFonts w:ascii="Times New Roman" w:hAnsi="Times New Roman" w:cs="Times New Roman"/>
        </w:rPr>
        <w:t>1</w:t>
      </w:r>
      <w:r w:rsidR="00904932">
        <w:rPr>
          <w:rFonts w:ascii="Times New Roman" w:hAnsi="Times New Roman" w:cs="Times New Roman"/>
        </w:rPr>
        <w:t>9</w:t>
      </w:r>
      <w:r w:rsidR="0012302A" w:rsidRPr="0012302A">
        <w:rPr>
          <w:rFonts w:ascii="Times New Roman" w:hAnsi="Times New Roman" w:cs="Times New Roman"/>
          <w:vertAlign w:val="superscript"/>
        </w:rPr>
        <w:t>th</w:t>
      </w:r>
      <w:r w:rsidR="0012302A">
        <w:rPr>
          <w:rFonts w:ascii="Times New Roman" w:hAnsi="Times New Roman" w:cs="Times New Roman"/>
        </w:rPr>
        <w:t xml:space="preserve"> </w:t>
      </w:r>
      <w:r w:rsidR="00904932">
        <w:rPr>
          <w:rFonts w:ascii="Times New Roman" w:hAnsi="Times New Roman" w:cs="Times New Roman"/>
        </w:rPr>
        <w:t>September</w:t>
      </w:r>
      <w:r w:rsidR="0012302A">
        <w:rPr>
          <w:rFonts w:ascii="Times New Roman" w:hAnsi="Times New Roman" w:cs="Times New Roman"/>
        </w:rPr>
        <w:t xml:space="preserve"> </w:t>
      </w:r>
      <w:r w:rsidRPr="002E753D">
        <w:rPr>
          <w:rFonts w:ascii="Times New Roman" w:hAnsi="Times New Roman" w:cs="Times New Roman"/>
        </w:rPr>
        <w:t>202</w:t>
      </w:r>
      <w:r w:rsidR="002E753D">
        <w:rPr>
          <w:rFonts w:ascii="Times New Roman" w:hAnsi="Times New Roman" w:cs="Times New Roman"/>
        </w:rPr>
        <w:t>6</w:t>
      </w:r>
    </w:p>
    <w:p w14:paraId="41FF217A" w14:textId="77777777" w:rsidR="005934E5" w:rsidRPr="002E753D" w:rsidRDefault="005934E5" w:rsidP="002E753D">
      <w:pPr>
        <w:spacing w:line="240" w:lineRule="auto"/>
        <w:jc w:val="center"/>
        <w:rPr>
          <w:rFonts w:ascii="Times New Roman" w:hAnsi="Times New Roman" w:cs="Times New Roman"/>
        </w:rPr>
      </w:pPr>
    </w:p>
    <w:p w14:paraId="11E637AD" w14:textId="059EF659" w:rsidR="005934E5" w:rsidRPr="002E753D" w:rsidRDefault="007A1573" w:rsidP="002E753D">
      <w:pPr>
        <w:jc w:val="center"/>
        <w:rPr>
          <w:rFonts w:ascii="Times New Roman" w:hAnsi="Times New Roman" w:cs="Times New Roman"/>
        </w:rPr>
      </w:pPr>
      <w:r w:rsidRPr="002E753D">
        <w:rPr>
          <w:rFonts w:ascii="Times New Roman" w:hAnsi="Times New Roman" w:cs="Times New Roman"/>
        </w:rPr>
        <w:t>If you enter and withdraw after close of entries you WILL NOT be refunded.</w:t>
      </w:r>
    </w:p>
    <w:p w14:paraId="00D2F824" w14:textId="07CAFA6B" w:rsidR="009B6E13" w:rsidRDefault="007A1573" w:rsidP="00563F2E">
      <w:pPr>
        <w:jc w:val="center"/>
        <w:rPr>
          <w:rFonts w:ascii="Times New Roman" w:hAnsi="Times New Roman" w:cs="Times New Roman"/>
        </w:rPr>
      </w:pPr>
      <w:r w:rsidRPr="002E753D">
        <w:rPr>
          <w:rFonts w:ascii="Times New Roman" w:hAnsi="Times New Roman" w:cs="Times New Roman"/>
        </w:rPr>
        <w:t>Times will be available after close of entries</w:t>
      </w:r>
    </w:p>
    <w:p w14:paraId="099D4F9E" w14:textId="77777777" w:rsidR="005559D3" w:rsidRDefault="005559D3" w:rsidP="00563F2E">
      <w:pPr>
        <w:jc w:val="center"/>
        <w:rPr>
          <w:rFonts w:ascii="Times New Roman" w:hAnsi="Times New Roman" w:cs="Times New Roman"/>
        </w:rPr>
      </w:pPr>
    </w:p>
    <w:p w14:paraId="0D9D194C" w14:textId="2985147E" w:rsidR="009B6E13" w:rsidRDefault="00844B8F" w:rsidP="00B943A5">
      <w:pPr>
        <w:jc w:val="center"/>
        <w:rPr>
          <w:rFonts w:ascii="Times New Roman" w:hAnsi="Times New Roman" w:cs="Times New Roman"/>
          <w:b/>
          <w:bCs/>
          <w:sz w:val="30"/>
          <w:szCs w:val="30"/>
        </w:rPr>
      </w:pPr>
      <w:r w:rsidRPr="00B943A5">
        <w:rPr>
          <w:rFonts w:ascii="Times New Roman" w:hAnsi="Times New Roman" w:cs="Times New Roman"/>
          <w:b/>
          <w:bCs/>
          <w:sz w:val="30"/>
          <w:szCs w:val="30"/>
        </w:rPr>
        <w:t xml:space="preserve">FLU VACCINATIONS </w:t>
      </w:r>
      <w:proofErr w:type="gramStart"/>
      <w:r w:rsidRPr="00B943A5">
        <w:rPr>
          <w:rFonts w:ascii="Times New Roman" w:hAnsi="Times New Roman" w:cs="Times New Roman"/>
          <w:b/>
          <w:bCs/>
          <w:sz w:val="30"/>
          <w:szCs w:val="30"/>
        </w:rPr>
        <w:t>COMPULSORY  FOR</w:t>
      </w:r>
      <w:proofErr w:type="gramEnd"/>
      <w:r w:rsidRPr="00B943A5">
        <w:rPr>
          <w:rFonts w:ascii="Times New Roman" w:hAnsi="Times New Roman" w:cs="Times New Roman"/>
          <w:b/>
          <w:bCs/>
          <w:sz w:val="30"/>
          <w:szCs w:val="30"/>
        </w:rPr>
        <w:t xml:space="preserve"> ALL HORSES/PONIES</w:t>
      </w:r>
    </w:p>
    <w:p w14:paraId="7F58A016" w14:textId="77777777" w:rsidR="005559D3" w:rsidRDefault="005559D3" w:rsidP="00B943A5">
      <w:pPr>
        <w:jc w:val="center"/>
        <w:rPr>
          <w:rFonts w:ascii="Times New Roman" w:hAnsi="Times New Roman" w:cs="Times New Roman"/>
          <w:b/>
          <w:bCs/>
          <w:sz w:val="30"/>
          <w:szCs w:val="30"/>
        </w:rPr>
      </w:pPr>
    </w:p>
    <w:p w14:paraId="5B247DC4" w14:textId="730419A4" w:rsidR="00652DA6" w:rsidRDefault="00652DA6" w:rsidP="00B943A5">
      <w:pPr>
        <w:jc w:val="center"/>
        <w:rPr>
          <w:rFonts w:ascii="Times New Roman" w:hAnsi="Times New Roman" w:cs="Times New Roman"/>
          <w:b/>
          <w:bCs/>
          <w:sz w:val="30"/>
          <w:szCs w:val="30"/>
        </w:rPr>
      </w:pPr>
      <w:r>
        <w:rPr>
          <w:rFonts w:ascii="Times New Roman" w:hAnsi="Times New Roman" w:cs="Times New Roman"/>
          <w:b/>
          <w:bCs/>
          <w:sz w:val="30"/>
          <w:szCs w:val="30"/>
        </w:rPr>
        <w:t xml:space="preserve">WARMUPS: </w:t>
      </w:r>
      <w:r w:rsidR="004B4ABA">
        <w:rPr>
          <w:rFonts w:ascii="Times New Roman" w:hAnsi="Times New Roman" w:cs="Times New Roman"/>
          <w:b/>
          <w:bCs/>
          <w:sz w:val="30"/>
          <w:szCs w:val="30"/>
        </w:rPr>
        <w:t>for unqualified competitors.  This is also a chance to qualify for the final (entry on day</w:t>
      </w:r>
      <w:r w:rsidR="00FF5C31">
        <w:rPr>
          <w:rFonts w:ascii="Times New Roman" w:hAnsi="Times New Roman" w:cs="Times New Roman"/>
          <w:b/>
          <w:bCs/>
          <w:sz w:val="30"/>
          <w:szCs w:val="30"/>
        </w:rPr>
        <w:t xml:space="preserve"> if you qualify)</w:t>
      </w:r>
    </w:p>
    <w:p w14:paraId="360CAD65" w14:textId="15659530" w:rsidR="00563F2E" w:rsidRDefault="00652DA6" w:rsidP="00B943A5">
      <w:pPr>
        <w:jc w:val="center"/>
        <w:rPr>
          <w:rFonts w:ascii="Times New Roman" w:hAnsi="Times New Roman" w:cs="Times New Roman"/>
          <w:b/>
          <w:bCs/>
          <w:sz w:val="30"/>
          <w:szCs w:val="30"/>
        </w:rPr>
      </w:pPr>
      <w:r>
        <w:rPr>
          <w:rFonts w:ascii="Times New Roman" w:hAnsi="Times New Roman" w:cs="Times New Roman"/>
          <w:b/>
          <w:bCs/>
          <w:sz w:val="30"/>
          <w:szCs w:val="30"/>
        </w:rPr>
        <w:t>FINALS: for competitors who have already qualified (see list)</w:t>
      </w:r>
    </w:p>
    <w:p w14:paraId="6120AF3E" w14:textId="39A69624" w:rsidR="00FF5C31" w:rsidRDefault="00FF5C31" w:rsidP="00E57D0C">
      <w:pPr>
        <w:rPr>
          <w:rFonts w:ascii="Times New Roman" w:hAnsi="Times New Roman" w:cs="Times New Roman"/>
          <w:b/>
          <w:bCs/>
          <w:sz w:val="30"/>
          <w:szCs w:val="30"/>
        </w:rPr>
      </w:pPr>
    </w:p>
    <w:p w14:paraId="3EF957AC" w14:textId="67BDC621" w:rsidR="00F54555" w:rsidRDefault="00F54555" w:rsidP="00B943A5">
      <w:pPr>
        <w:jc w:val="center"/>
        <w:rPr>
          <w:rFonts w:ascii="Times New Roman" w:hAnsi="Times New Roman" w:cs="Times New Roman"/>
          <w:b/>
          <w:bCs/>
          <w:sz w:val="30"/>
          <w:szCs w:val="30"/>
        </w:rPr>
      </w:pPr>
      <w:r>
        <w:rPr>
          <w:rFonts w:ascii="Times New Roman" w:hAnsi="Times New Roman" w:cs="Times New Roman"/>
          <w:b/>
          <w:bCs/>
          <w:sz w:val="30"/>
          <w:szCs w:val="30"/>
        </w:rPr>
        <w:t>PRIZES:</w:t>
      </w:r>
    </w:p>
    <w:p w14:paraId="616923DA" w14:textId="4C6DBA6D" w:rsidR="00F54555" w:rsidRDefault="00F54555" w:rsidP="00EA58DC">
      <w:pPr>
        <w:jc w:val="center"/>
        <w:rPr>
          <w:rFonts w:ascii="Times New Roman" w:hAnsi="Times New Roman" w:cs="Times New Roman"/>
          <w:b/>
          <w:bCs/>
          <w:sz w:val="30"/>
          <w:szCs w:val="30"/>
        </w:rPr>
      </w:pPr>
      <w:r>
        <w:rPr>
          <w:rFonts w:ascii="Times New Roman" w:hAnsi="Times New Roman" w:cs="Times New Roman"/>
          <w:b/>
          <w:bCs/>
          <w:sz w:val="30"/>
          <w:szCs w:val="30"/>
        </w:rPr>
        <w:t>W</w:t>
      </w:r>
      <w:r w:rsidR="00FD3DDA">
        <w:rPr>
          <w:rFonts w:ascii="Times New Roman" w:hAnsi="Times New Roman" w:cs="Times New Roman"/>
          <w:b/>
          <w:bCs/>
          <w:sz w:val="30"/>
          <w:szCs w:val="30"/>
        </w:rPr>
        <w:t>ARMUP CLASSES</w:t>
      </w:r>
      <w:r w:rsidR="00B65D0F">
        <w:rPr>
          <w:rFonts w:ascii="Times New Roman" w:hAnsi="Times New Roman" w:cs="Times New Roman"/>
          <w:b/>
          <w:bCs/>
          <w:sz w:val="30"/>
          <w:szCs w:val="30"/>
        </w:rPr>
        <w:t xml:space="preserve"> </w:t>
      </w:r>
      <w:r w:rsidR="00B211B7">
        <w:rPr>
          <w:rFonts w:ascii="Times New Roman" w:hAnsi="Times New Roman" w:cs="Times New Roman"/>
          <w:b/>
          <w:bCs/>
          <w:sz w:val="30"/>
          <w:szCs w:val="30"/>
        </w:rPr>
        <w:t>–</w:t>
      </w:r>
      <w:r w:rsidR="00B65D0F">
        <w:rPr>
          <w:rFonts w:ascii="Times New Roman" w:hAnsi="Times New Roman" w:cs="Times New Roman"/>
          <w:b/>
          <w:bCs/>
          <w:sz w:val="30"/>
          <w:szCs w:val="30"/>
        </w:rPr>
        <w:t xml:space="preserve"> Rosette</w:t>
      </w:r>
      <w:r w:rsidR="00E57D0C">
        <w:rPr>
          <w:rFonts w:ascii="Times New Roman" w:hAnsi="Times New Roman" w:cs="Times New Roman"/>
          <w:b/>
          <w:bCs/>
          <w:sz w:val="30"/>
          <w:szCs w:val="30"/>
        </w:rPr>
        <w:t>s to 6th.  Medals to 3</w:t>
      </w:r>
      <w:r w:rsidR="00E57D0C" w:rsidRPr="00E57D0C">
        <w:rPr>
          <w:rFonts w:ascii="Times New Roman" w:hAnsi="Times New Roman" w:cs="Times New Roman"/>
          <w:b/>
          <w:bCs/>
          <w:sz w:val="30"/>
          <w:szCs w:val="30"/>
          <w:vertAlign w:val="superscript"/>
        </w:rPr>
        <w:t>rd</w:t>
      </w:r>
      <w:r w:rsidR="00E57D0C">
        <w:rPr>
          <w:rFonts w:ascii="Times New Roman" w:hAnsi="Times New Roman" w:cs="Times New Roman"/>
          <w:b/>
          <w:bCs/>
          <w:sz w:val="30"/>
          <w:szCs w:val="30"/>
        </w:rPr>
        <w:t xml:space="preserve">.  </w:t>
      </w:r>
      <w:r w:rsidR="00EA58DC">
        <w:rPr>
          <w:rFonts w:ascii="Times New Roman" w:hAnsi="Times New Roman" w:cs="Times New Roman"/>
          <w:b/>
          <w:bCs/>
          <w:sz w:val="30"/>
          <w:szCs w:val="30"/>
        </w:rPr>
        <w:t>(</w:t>
      </w:r>
      <w:r w:rsidR="00E54452">
        <w:rPr>
          <w:rFonts w:ascii="Times New Roman" w:hAnsi="Times New Roman" w:cs="Times New Roman"/>
          <w:b/>
          <w:bCs/>
          <w:sz w:val="30"/>
          <w:szCs w:val="30"/>
        </w:rPr>
        <w:t xml:space="preserve">Rosettes to all in </w:t>
      </w:r>
      <w:r w:rsidR="00EA58DC">
        <w:rPr>
          <w:rFonts w:ascii="Times New Roman" w:hAnsi="Times New Roman" w:cs="Times New Roman"/>
          <w:b/>
          <w:bCs/>
          <w:sz w:val="30"/>
          <w:szCs w:val="30"/>
        </w:rPr>
        <w:t>Poles and 30cm, plus s</w:t>
      </w:r>
      <w:r w:rsidR="00E57D0C">
        <w:rPr>
          <w:rFonts w:ascii="Times New Roman" w:hAnsi="Times New Roman" w:cs="Times New Roman"/>
          <w:b/>
          <w:bCs/>
          <w:sz w:val="30"/>
          <w:szCs w:val="30"/>
        </w:rPr>
        <w:t>weet</w:t>
      </w:r>
      <w:r w:rsidR="00EA58DC">
        <w:rPr>
          <w:rFonts w:ascii="Times New Roman" w:hAnsi="Times New Roman" w:cs="Times New Roman"/>
          <w:b/>
          <w:bCs/>
          <w:sz w:val="30"/>
          <w:szCs w:val="30"/>
        </w:rPr>
        <w:t>s)</w:t>
      </w:r>
      <w:r w:rsidR="0099707A">
        <w:rPr>
          <w:rFonts w:ascii="Times New Roman" w:hAnsi="Times New Roman" w:cs="Times New Roman"/>
          <w:b/>
          <w:bCs/>
          <w:sz w:val="30"/>
          <w:szCs w:val="30"/>
        </w:rPr>
        <w:t>.</w:t>
      </w:r>
    </w:p>
    <w:p w14:paraId="68D3B072" w14:textId="77777777" w:rsidR="007E4F89" w:rsidRDefault="006B5348" w:rsidP="00EA58DC">
      <w:pPr>
        <w:jc w:val="center"/>
        <w:rPr>
          <w:rFonts w:ascii="Times New Roman" w:hAnsi="Times New Roman" w:cs="Times New Roman"/>
          <w:b/>
          <w:bCs/>
          <w:sz w:val="30"/>
          <w:szCs w:val="30"/>
        </w:rPr>
      </w:pPr>
      <w:r>
        <w:rPr>
          <w:rFonts w:ascii="Times New Roman" w:hAnsi="Times New Roman" w:cs="Times New Roman"/>
          <w:b/>
          <w:bCs/>
          <w:sz w:val="30"/>
          <w:szCs w:val="30"/>
        </w:rPr>
        <w:t xml:space="preserve">FINAL CLASSES – </w:t>
      </w:r>
      <w:r w:rsidR="008120D7">
        <w:rPr>
          <w:rFonts w:ascii="Times New Roman" w:hAnsi="Times New Roman" w:cs="Times New Roman"/>
          <w:b/>
          <w:bCs/>
          <w:sz w:val="30"/>
          <w:szCs w:val="30"/>
        </w:rPr>
        <w:t>1</w:t>
      </w:r>
      <w:r w:rsidR="008120D7" w:rsidRPr="008120D7">
        <w:rPr>
          <w:rFonts w:ascii="Times New Roman" w:hAnsi="Times New Roman" w:cs="Times New Roman"/>
          <w:b/>
          <w:bCs/>
          <w:sz w:val="30"/>
          <w:szCs w:val="30"/>
          <w:vertAlign w:val="superscript"/>
        </w:rPr>
        <w:t>st</w:t>
      </w:r>
      <w:r w:rsidR="008120D7">
        <w:rPr>
          <w:rFonts w:ascii="Times New Roman" w:hAnsi="Times New Roman" w:cs="Times New Roman"/>
          <w:b/>
          <w:bCs/>
          <w:sz w:val="30"/>
          <w:szCs w:val="30"/>
        </w:rPr>
        <w:t xml:space="preserve">: </w:t>
      </w:r>
      <w:r>
        <w:rPr>
          <w:rFonts w:ascii="Times New Roman" w:hAnsi="Times New Roman" w:cs="Times New Roman"/>
          <w:b/>
          <w:bCs/>
          <w:sz w:val="30"/>
          <w:szCs w:val="30"/>
        </w:rPr>
        <w:t xml:space="preserve">Champion </w:t>
      </w:r>
      <w:proofErr w:type="gramStart"/>
      <w:r>
        <w:rPr>
          <w:rFonts w:ascii="Times New Roman" w:hAnsi="Times New Roman" w:cs="Times New Roman"/>
          <w:b/>
          <w:bCs/>
          <w:sz w:val="30"/>
          <w:szCs w:val="30"/>
        </w:rPr>
        <w:t>rosette</w:t>
      </w:r>
      <w:r w:rsidR="008120D7">
        <w:rPr>
          <w:rFonts w:ascii="Times New Roman" w:hAnsi="Times New Roman" w:cs="Times New Roman"/>
          <w:b/>
          <w:bCs/>
          <w:sz w:val="30"/>
          <w:szCs w:val="30"/>
        </w:rPr>
        <w:t>,  Sash</w:t>
      </w:r>
      <w:proofErr w:type="gramEnd"/>
      <w:r w:rsidR="008120D7">
        <w:rPr>
          <w:rFonts w:ascii="Times New Roman" w:hAnsi="Times New Roman" w:cs="Times New Roman"/>
          <w:b/>
          <w:bCs/>
          <w:sz w:val="30"/>
          <w:szCs w:val="30"/>
        </w:rPr>
        <w:t xml:space="preserve"> and Trophy</w:t>
      </w:r>
      <w:r w:rsidR="007E4F89">
        <w:rPr>
          <w:rFonts w:ascii="Times New Roman" w:hAnsi="Times New Roman" w:cs="Times New Roman"/>
          <w:b/>
          <w:bCs/>
          <w:sz w:val="30"/>
          <w:szCs w:val="30"/>
        </w:rPr>
        <w:t>.</w:t>
      </w:r>
    </w:p>
    <w:p w14:paraId="7C3B4705" w14:textId="77777777" w:rsidR="00646F20" w:rsidRDefault="007E4F89" w:rsidP="00EA58DC">
      <w:pPr>
        <w:jc w:val="center"/>
        <w:rPr>
          <w:rFonts w:ascii="Times New Roman" w:hAnsi="Times New Roman" w:cs="Times New Roman"/>
          <w:b/>
          <w:bCs/>
          <w:sz w:val="30"/>
          <w:szCs w:val="30"/>
        </w:rPr>
      </w:pPr>
      <w:r>
        <w:rPr>
          <w:rFonts w:ascii="Times New Roman" w:hAnsi="Times New Roman" w:cs="Times New Roman"/>
          <w:b/>
          <w:bCs/>
          <w:sz w:val="30"/>
          <w:szCs w:val="30"/>
        </w:rPr>
        <w:t>2</w:t>
      </w:r>
      <w:r w:rsidRPr="00A3733D">
        <w:rPr>
          <w:rFonts w:ascii="Times New Roman" w:hAnsi="Times New Roman" w:cs="Times New Roman"/>
          <w:b/>
          <w:bCs/>
          <w:sz w:val="30"/>
          <w:szCs w:val="30"/>
          <w:vertAlign w:val="superscript"/>
        </w:rPr>
        <w:t>nd</w:t>
      </w:r>
      <w:r w:rsidR="00A3733D">
        <w:rPr>
          <w:rFonts w:ascii="Times New Roman" w:hAnsi="Times New Roman" w:cs="Times New Roman"/>
          <w:b/>
          <w:bCs/>
          <w:sz w:val="30"/>
          <w:szCs w:val="30"/>
        </w:rPr>
        <w:t>: Reserve Champion Rosette and Sash.</w:t>
      </w:r>
    </w:p>
    <w:p w14:paraId="550521FE" w14:textId="3ACFF13D" w:rsidR="00EC734E" w:rsidRDefault="00646F20" w:rsidP="00EA58DC">
      <w:pPr>
        <w:jc w:val="center"/>
        <w:rPr>
          <w:rFonts w:ascii="Times New Roman" w:hAnsi="Times New Roman" w:cs="Times New Roman"/>
          <w:b/>
          <w:bCs/>
          <w:sz w:val="30"/>
          <w:szCs w:val="30"/>
        </w:rPr>
      </w:pPr>
      <w:r>
        <w:rPr>
          <w:rFonts w:ascii="Times New Roman" w:hAnsi="Times New Roman" w:cs="Times New Roman"/>
          <w:b/>
          <w:bCs/>
          <w:sz w:val="30"/>
          <w:szCs w:val="30"/>
        </w:rPr>
        <w:t>3</w:t>
      </w:r>
      <w:r w:rsidRPr="00646F20">
        <w:rPr>
          <w:rFonts w:ascii="Times New Roman" w:hAnsi="Times New Roman" w:cs="Times New Roman"/>
          <w:b/>
          <w:bCs/>
          <w:sz w:val="30"/>
          <w:szCs w:val="30"/>
          <w:vertAlign w:val="superscript"/>
        </w:rPr>
        <w:t>rd</w:t>
      </w:r>
      <w:r>
        <w:rPr>
          <w:rFonts w:ascii="Times New Roman" w:hAnsi="Times New Roman" w:cs="Times New Roman"/>
          <w:b/>
          <w:bCs/>
          <w:sz w:val="30"/>
          <w:szCs w:val="30"/>
        </w:rPr>
        <w:t>-6</w:t>
      </w:r>
      <w:r w:rsidRPr="00646F20">
        <w:rPr>
          <w:rFonts w:ascii="Times New Roman" w:hAnsi="Times New Roman" w:cs="Times New Roman"/>
          <w:b/>
          <w:bCs/>
          <w:sz w:val="30"/>
          <w:szCs w:val="30"/>
          <w:vertAlign w:val="superscript"/>
        </w:rPr>
        <w:t>th</w:t>
      </w:r>
      <w:r>
        <w:rPr>
          <w:rFonts w:ascii="Times New Roman" w:hAnsi="Times New Roman" w:cs="Times New Roman"/>
          <w:b/>
          <w:bCs/>
          <w:sz w:val="30"/>
          <w:szCs w:val="30"/>
        </w:rPr>
        <w:t xml:space="preserve"> Rosette. (Rosettes</w:t>
      </w:r>
      <w:r w:rsidR="00EC734E">
        <w:rPr>
          <w:rFonts w:ascii="Times New Roman" w:hAnsi="Times New Roman" w:cs="Times New Roman"/>
          <w:b/>
          <w:bCs/>
          <w:sz w:val="30"/>
          <w:szCs w:val="30"/>
        </w:rPr>
        <w:t>/sweets</w:t>
      </w:r>
      <w:r>
        <w:rPr>
          <w:rFonts w:ascii="Times New Roman" w:hAnsi="Times New Roman" w:cs="Times New Roman"/>
          <w:b/>
          <w:bCs/>
          <w:sz w:val="30"/>
          <w:szCs w:val="30"/>
        </w:rPr>
        <w:t xml:space="preserve"> to all competitors in Poles </w:t>
      </w:r>
      <w:r w:rsidR="00EC734E">
        <w:rPr>
          <w:rFonts w:ascii="Times New Roman" w:hAnsi="Times New Roman" w:cs="Times New Roman"/>
          <w:b/>
          <w:bCs/>
          <w:sz w:val="30"/>
          <w:szCs w:val="30"/>
        </w:rPr>
        <w:t>&amp;</w:t>
      </w:r>
      <w:r>
        <w:rPr>
          <w:rFonts w:ascii="Times New Roman" w:hAnsi="Times New Roman" w:cs="Times New Roman"/>
          <w:b/>
          <w:bCs/>
          <w:sz w:val="30"/>
          <w:szCs w:val="30"/>
        </w:rPr>
        <w:t xml:space="preserve"> 30cm)</w:t>
      </w:r>
      <w:r w:rsidR="008120D7">
        <w:rPr>
          <w:rFonts w:ascii="Times New Roman" w:hAnsi="Times New Roman" w:cs="Times New Roman"/>
          <w:b/>
          <w:bCs/>
          <w:sz w:val="30"/>
          <w:szCs w:val="30"/>
        </w:rPr>
        <w:t xml:space="preserve"> </w:t>
      </w:r>
    </w:p>
    <w:p w14:paraId="245F9E89" w14:textId="77777777" w:rsidR="005559D3" w:rsidRDefault="005559D3" w:rsidP="00B943A5">
      <w:pPr>
        <w:jc w:val="center"/>
        <w:rPr>
          <w:rFonts w:ascii="Times New Roman" w:hAnsi="Times New Roman" w:cs="Times New Roman"/>
          <w:b/>
          <w:bCs/>
          <w:sz w:val="30"/>
          <w:szCs w:val="30"/>
        </w:rPr>
      </w:pPr>
    </w:p>
    <w:p w14:paraId="714FB544" w14:textId="77777777" w:rsidR="005559D3" w:rsidRDefault="005559D3" w:rsidP="00B943A5">
      <w:pPr>
        <w:jc w:val="center"/>
        <w:rPr>
          <w:rFonts w:ascii="Times New Roman" w:hAnsi="Times New Roman" w:cs="Times New Roman"/>
          <w:b/>
          <w:bCs/>
          <w:sz w:val="30"/>
          <w:szCs w:val="30"/>
        </w:rPr>
      </w:pPr>
    </w:p>
    <w:p w14:paraId="648AAFD0" w14:textId="77777777" w:rsidR="0031089C" w:rsidRDefault="0031089C" w:rsidP="00B943A5">
      <w:pPr>
        <w:jc w:val="center"/>
        <w:rPr>
          <w:rFonts w:ascii="Times New Roman" w:hAnsi="Times New Roman" w:cs="Times New Roman"/>
          <w:b/>
          <w:bCs/>
          <w:sz w:val="30"/>
          <w:szCs w:val="30"/>
        </w:rPr>
      </w:pPr>
    </w:p>
    <w:p w14:paraId="6B808FF6" w14:textId="77777777" w:rsidR="0031089C" w:rsidRDefault="0031089C" w:rsidP="00B943A5">
      <w:pPr>
        <w:jc w:val="center"/>
        <w:rPr>
          <w:rFonts w:ascii="Times New Roman" w:hAnsi="Times New Roman" w:cs="Times New Roman"/>
          <w:b/>
          <w:bCs/>
          <w:sz w:val="30"/>
          <w:szCs w:val="30"/>
        </w:rPr>
      </w:pPr>
    </w:p>
    <w:p w14:paraId="325145D3" w14:textId="3787B03B" w:rsidR="00FF5C31" w:rsidRDefault="00FF5C31" w:rsidP="00B943A5">
      <w:pPr>
        <w:jc w:val="center"/>
        <w:rPr>
          <w:rFonts w:ascii="Times New Roman" w:hAnsi="Times New Roman" w:cs="Times New Roman"/>
          <w:b/>
          <w:bCs/>
          <w:sz w:val="30"/>
          <w:szCs w:val="30"/>
        </w:rPr>
      </w:pPr>
      <w:r>
        <w:rPr>
          <w:rFonts w:ascii="Times New Roman" w:hAnsi="Times New Roman" w:cs="Times New Roman"/>
          <w:b/>
          <w:bCs/>
          <w:sz w:val="30"/>
          <w:szCs w:val="30"/>
        </w:rPr>
        <w:t>SUPREMES:</w:t>
      </w:r>
    </w:p>
    <w:p w14:paraId="40A0837F" w14:textId="002BE44D" w:rsidR="00FF5C31" w:rsidRDefault="00FF5C31" w:rsidP="00B943A5">
      <w:pPr>
        <w:jc w:val="center"/>
        <w:rPr>
          <w:rFonts w:ascii="Times New Roman" w:hAnsi="Times New Roman" w:cs="Times New Roman"/>
          <w:b/>
          <w:bCs/>
          <w:sz w:val="30"/>
          <w:szCs w:val="30"/>
        </w:rPr>
      </w:pPr>
      <w:r w:rsidRPr="00756C38">
        <w:rPr>
          <w:rFonts w:ascii="Times New Roman" w:hAnsi="Times New Roman" w:cs="Times New Roman"/>
          <w:b/>
          <w:bCs/>
          <w:sz w:val="30"/>
          <w:szCs w:val="30"/>
          <w:u w:val="single"/>
        </w:rPr>
        <w:t>MINI</w:t>
      </w:r>
      <w:r w:rsidR="00EF080E">
        <w:rPr>
          <w:rFonts w:ascii="Times New Roman" w:hAnsi="Times New Roman" w:cs="Times New Roman"/>
          <w:b/>
          <w:bCs/>
          <w:sz w:val="30"/>
          <w:szCs w:val="30"/>
        </w:rPr>
        <w:t>: For the Mini gaining the most points in classes F1, F2, F3</w:t>
      </w:r>
      <w:r w:rsidR="00884179">
        <w:rPr>
          <w:rFonts w:ascii="Times New Roman" w:hAnsi="Times New Roman" w:cs="Times New Roman"/>
          <w:b/>
          <w:bCs/>
          <w:sz w:val="30"/>
          <w:szCs w:val="30"/>
        </w:rPr>
        <w:t>, F5</w:t>
      </w:r>
      <w:r w:rsidR="0027237A">
        <w:rPr>
          <w:rFonts w:ascii="Times New Roman" w:hAnsi="Times New Roman" w:cs="Times New Roman"/>
          <w:b/>
          <w:bCs/>
          <w:sz w:val="30"/>
          <w:szCs w:val="30"/>
        </w:rPr>
        <w:t xml:space="preserve">.  In the event of a tie, the total times will be used.  The fastest </w:t>
      </w:r>
      <w:r w:rsidR="005B0398">
        <w:rPr>
          <w:rFonts w:ascii="Times New Roman" w:hAnsi="Times New Roman" w:cs="Times New Roman"/>
          <w:b/>
          <w:bCs/>
          <w:sz w:val="30"/>
          <w:szCs w:val="30"/>
        </w:rPr>
        <w:t xml:space="preserve">combined </w:t>
      </w:r>
      <w:r w:rsidR="0027237A">
        <w:rPr>
          <w:rFonts w:ascii="Times New Roman" w:hAnsi="Times New Roman" w:cs="Times New Roman"/>
          <w:b/>
          <w:bCs/>
          <w:sz w:val="30"/>
          <w:szCs w:val="30"/>
        </w:rPr>
        <w:t>time will win.</w:t>
      </w:r>
      <w:r w:rsidR="00AB4DD9">
        <w:rPr>
          <w:rFonts w:ascii="Times New Roman" w:hAnsi="Times New Roman" w:cs="Times New Roman"/>
          <w:b/>
          <w:bCs/>
          <w:sz w:val="30"/>
          <w:szCs w:val="30"/>
        </w:rPr>
        <w:t xml:space="preserve"> (Maximum of 3 classes to count).</w:t>
      </w:r>
    </w:p>
    <w:p w14:paraId="7EE10EF6" w14:textId="1FB5858E" w:rsidR="00F44549" w:rsidRDefault="00F44549" w:rsidP="00B943A5">
      <w:pPr>
        <w:jc w:val="center"/>
        <w:rPr>
          <w:rFonts w:ascii="Times New Roman" w:hAnsi="Times New Roman" w:cs="Times New Roman"/>
          <w:b/>
          <w:bCs/>
          <w:sz w:val="30"/>
          <w:szCs w:val="30"/>
        </w:rPr>
      </w:pPr>
      <w:r>
        <w:rPr>
          <w:rFonts w:ascii="Times New Roman" w:hAnsi="Times New Roman" w:cs="Times New Roman"/>
          <w:b/>
          <w:bCs/>
          <w:sz w:val="30"/>
          <w:szCs w:val="30"/>
        </w:rPr>
        <w:t>Supreme will win: A Rug, Sash</w:t>
      </w:r>
      <w:r w:rsidR="002144DE">
        <w:rPr>
          <w:rFonts w:ascii="Times New Roman" w:hAnsi="Times New Roman" w:cs="Times New Roman"/>
          <w:b/>
          <w:bCs/>
          <w:sz w:val="30"/>
          <w:szCs w:val="30"/>
        </w:rPr>
        <w:t xml:space="preserve"> and</w:t>
      </w:r>
      <w:r>
        <w:rPr>
          <w:rFonts w:ascii="Times New Roman" w:hAnsi="Times New Roman" w:cs="Times New Roman"/>
          <w:b/>
          <w:bCs/>
          <w:sz w:val="30"/>
          <w:szCs w:val="30"/>
        </w:rPr>
        <w:t xml:space="preserve"> Rosette</w:t>
      </w:r>
    </w:p>
    <w:p w14:paraId="2798F9E1" w14:textId="35556CF5" w:rsidR="002144DE" w:rsidRDefault="002144DE" w:rsidP="00B943A5">
      <w:pPr>
        <w:jc w:val="center"/>
        <w:rPr>
          <w:rFonts w:ascii="Times New Roman" w:hAnsi="Times New Roman" w:cs="Times New Roman"/>
          <w:b/>
          <w:bCs/>
          <w:sz w:val="30"/>
          <w:szCs w:val="30"/>
        </w:rPr>
      </w:pPr>
      <w:r>
        <w:rPr>
          <w:rFonts w:ascii="Times New Roman" w:hAnsi="Times New Roman" w:cs="Times New Roman"/>
          <w:b/>
          <w:bCs/>
          <w:sz w:val="30"/>
          <w:szCs w:val="30"/>
        </w:rPr>
        <w:t>Reserve Supreme will win:  A Sash</w:t>
      </w:r>
      <w:r w:rsidR="008C09A1">
        <w:rPr>
          <w:rFonts w:ascii="Times New Roman" w:hAnsi="Times New Roman" w:cs="Times New Roman"/>
          <w:b/>
          <w:bCs/>
          <w:sz w:val="30"/>
          <w:szCs w:val="30"/>
        </w:rPr>
        <w:t xml:space="preserve"> and Rosette</w:t>
      </w:r>
    </w:p>
    <w:p w14:paraId="0A34EED9" w14:textId="1137563B" w:rsidR="00756C38" w:rsidRPr="00A9227D" w:rsidRDefault="00756C38" w:rsidP="008553CA">
      <w:pPr>
        <w:jc w:val="center"/>
        <w:rPr>
          <w:rFonts w:ascii="Times New Roman" w:hAnsi="Times New Roman" w:cs="Times New Roman"/>
          <w:b/>
          <w:bCs/>
          <w:i/>
          <w:iCs/>
          <w:color w:val="EE0000"/>
          <w:sz w:val="30"/>
          <w:szCs w:val="30"/>
        </w:rPr>
      </w:pPr>
      <w:r w:rsidRPr="00A9227D">
        <w:rPr>
          <w:rFonts w:ascii="Times New Roman" w:hAnsi="Times New Roman" w:cs="Times New Roman"/>
          <w:b/>
          <w:bCs/>
          <w:i/>
          <w:iCs/>
          <w:color w:val="EE0000"/>
          <w:sz w:val="30"/>
          <w:szCs w:val="30"/>
        </w:rPr>
        <w:t>Kindly sponsored by:</w:t>
      </w:r>
    </w:p>
    <w:p w14:paraId="2BDFD64B" w14:textId="03534274" w:rsidR="00756C38" w:rsidRPr="008553CA" w:rsidRDefault="00935A36" w:rsidP="008553CA">
      <w:pPr>
        <w:jc w:val="center"/>
        <w:rPr>
          <w:rFonts w:ascii="Times New Roman" w:hAnsi="Times New Roman" w:cs="Times New Roman"/>
          <w:b/>
          <w:bCs/>
          <w:i/>
          <w:iCs/>
          <w:sz w:val="30"/>
          <w:szCs w:val="30"/>
        </w:rPr>
      </w:pPr>
      <w:r w:rsidRPr="00A9227D">
        <w:rPr>
          <w:rFonts w:ascii="Times New Roman" w:hAnsi="Times New Roman" w:cs="Times New Roman"/>
          <w:b/>
          <w:bCs/>
          <w:i/>
          <w:iCs/>
          <w:color w:val="EE0000"/>
          <w:sz w:val="30"/>
          <w:szCs w:val="30"/>
        </w:rPr>
        <w:t>Joe George Electrical</w:t>
      </w:r>
    </w:p>
    <w:p w14:paraId="3F567E46" w14:textId="77777777" w:rsidR="00F44549" w:rsidRPr="00B943A5" w:rsidRDefault="00F44549" w:rsidP="00B943A5">
      <w:pPr>
        <w:jc w:val="center"/>
        <w:rPr>
          <w:rFonts w:ascii="Times New Roman" w:hAnsi="Times New Roman" w:cs="Times New Roman"/>
          <w:b/>
          <w:bCs/>
          <w:sz w:val="30"/>
          <w:szCs w:val="30"/>
        </w:rPr>
      </w:pPr>
    </w:p>
    <w:p w14:paraId="4BC44708" w14:textId="527606F9" w:rsidR="00486819" w:rsidRDefault="00486819" w:rsidP="00486819">
      <w:pPr>
        <w:jc w:val="center"/>
        <w:rPr>
          <w:rFonts w:ascii="Times New Roman" w:hAnsi="Times New Roman" w:cs="Times New Roman"/>
          <w:b/>
          <w:bCs/>
          <w:sz w:val="30"/>
          <w:szCs w:val="30"/>
        </w:rPr>
      </w:pPr>
      <w:r>
        <w:rPr>
          <w:rFonts w:ascii="Times New Roman" w:hAnsi="Times New Roman" w:cs="Times New Roman"/>
          <w:b/>
          <w:bCs/>
          <w:sz w:val="30"/>
          <w:szCs w:val="30"/>
          <w:u w:val="single"/>
        </w:rPr>
        <w:t>JUNIOR</w:t>
      </w:r>
      <w:r>
        <w:rPr>
          <w:rFonts w:ascii="Times New Roman" w:hAnsi="Times New Roman" w:cs="Times New Roman"/>
          <w:b/>
          <w:bCs/>
          <w:sz w:val="30"/>
          <w:szCs w:val="30"/>
        </w:rPr>
        <w:t>: For the Junior gaining the most points</w:t>
      </w:r>
      <w:r w:rsidR="00B9449B">
        <w:rPr>
          <w:rFonts w:ascii="Times New Roman" w:hAnsi="Times New Roman" w:cs="Times New Roman"/>
          <w:b/>
          <w:bCs/>
          <w:sz w:val="30"/>
          <w:szCs w:val="30"/>
        </w:rPr>
        <w:t xml:space="preserve">. </w:t>
      </w:r>
      <w:r>
        <w:rPr>
          <w:rFonts w:ascii="Times New Roman" w:hAnsi="Times New Roman" w:cs="Times New Roman"/>
          <w:b/>
          <w:bCs/>
          <w:sz w:val="30"/>
          <w:szCs w:val="30"/>
        </w:rPr>
        <w:t xml:space="preserve"> In the event of a tie, the total times will be used.  The fastest combined time will win.</w:t>
      </w:r>
    </w:p>
    <w:p w14:paraId="43E5CE14" w14:textId="77777777" w:rsidR="00486819" w:rsidRDefault="00486819" w:rsidP="00486819">
      <w:pPr>
        <w:jc w:val="center"/>
        <w:rPr>
          <w:rFonts w:ascii="Times New Roman" w:hAnsi="Times New Roman" w:cs="Times New Roman"/>
          <w:b/>
          <w:bCs/>
          <w:sz w:val="30"/>
          <w:szCs w:val="30"/>
        </w:rPr>
      </w:pPr>
      <w:r>
        <w:rPr>
          <w:rFonts w:ascii="Times New Roman" w:hAnsi="Times New Roman" w:cs="Times New Roman"/>
          <w:b/>
          <w:bCs/>
          <w:sz w:val="30"/>
          <w:szCs w:val="30"/>
        </w:rPr>
        <w:t>Supreme will win: A Rug, Sash and Rosette</w:t>
      </w:r>
    </w:p>
    <w:p w14:paraId="621FBCBD" w14:textId="77777777" w:rsidR="00486819" w:rsidRDefault="00486819" w:rsidP="00486819">
      <w:pPr>
        <w:jc w:val="center"/>
        <w:rPr>
          <w:rFonts w:ascii="Times New Roman" w:hAnsi="Times New Roman" w:cs="Times New Roman"/>
          <w:b/>
          <w:bCs/>
          <w:sz w:val="30"/>
          <w:szCs w:val="30"/>
        </w:rPr>
      </w:pPr>
      <w:r>
        <w:rPr>
          <w:rFonts w:ascii="Times New Roman" w:hAnsi="Times New Roman" w:cs="Times New Roman"/>
          <w:b/>
          <w:bCs/>
          <w:sz w:val="30"/>
          <w:szCs w:val="30"/>
        </w:rPr>
        <w:t>Reserve Supreme will win:  A Sash and Rosette</w:t>
      </w:r>
    </w:p>
    <w:p w14:paraId="769898F1" w14:textId="77777777" w:rsidR="00486819" w:rsidRPr="00A9227D" w:rsidRDefault="00486819" w:rsidP="00486819">
      <w:pPr>
        <w:jc w:val="center"/>
        <w:rPr>
          <w:rFonts w:ascii="Times New Roman" w:hAnsi="Times New Roman" w:cs="Times New Roman"/>
          <w:b/>
          <w:bCs/>
          <w:i/>
          <w:iCs/>
          <w:color w:val="EE0000"/>
          <w:sz w:val="30"/>
          <w:szCs w:val="30"/>
        </w:rPr>
      </w:pPr>
      <w:r w:rsidRPr="00A9227D">
        <w:rPr>
          <w:rFonts w:ascii="Times New Roman" w:hAnsi="Times New Roman" w:cs="Times New Roman"/>
          <w:b/>
          <w:bCs/>
          <w:i/>
          <w:iCs/>
          <w:color w:val="EE0000"/>
          <w:sz w:val="30"/>
          <w:szCs w:val="30"/>
        </w:rPr>
        <w:t>Kindly sponsored by:</w:t>
      </w:r>
    </w:p>
    <w:p w14:paraId="5730402C" w14:textId="76DEED96" w:rsidR="00486819" w:rsidRPr="00A9227D" w:rsidRDefault="00DE60EE" w:rsidP="00486819">
      <w:pPr>
        <w:jc w:val="center"/>
        <w:rPr>
          <w:rFonts w:ascii="Times New Roman" w:hAnsi="Times New Roman" w:cs="Times New Roman"/>
          <w:b/>
          <w:bCs/>
          <w:i/>
          <w:iCs/>
          <w:color w:val="EE0000"/>
          <w:sz w:val="30"/>
          <w:szCs w:val="30"/>
        </w:rPr>
      </w:pPr>
      <w:proofErr w:type="spellStart"/>
      <w:r w:rsidRPr="00A9227D">
        <w:rPr>
          <w:rFonts w:ascii="Times New Roman" w:hAnsi="Times New Roman" w:cs="Times New Roman"/>
          <w:b/>
          <w:bCs/>
          <w:i/>
          <w:iCs/>
          <w:color w:val="EE0000"/>
          <w:sz w:val="30"/>
          <w:szCs w:val="30"/>
        </w:rPr>
        <w:t>Shampooch</w:t>
      </w:r>
      <w:proofErr w:type="spellEnd"/>
      <w:r w:rsidRPr="00A9227D">
        <w:rPr>
          <w:rFonts w:ascii="Times New Roman" w:hAnsi="Times New Roman" w:cs="Times New Roman"/>
          <w:b/>
          <w:bCs/>
          <w:i/>
          <w:iCs/>
          <w:color w:val="EE0000"/>
          <w:sz w:val="30"/>
          <w:szCs w:val="30"/>
        </w:rPr>
        <w:t xml:space="preserve"> Dog Grooming Salon</w:t>
      </w:r>
    </w:p>
    <w:p w14:paraId="73C0EB7B" w14:textId="77777777" w:rsidR="00897AA6" w:rsidRDefault="00897AA6" w:rsidP="00486819">
      <w:pPr>
        <w:jc w:val="center"/>
        <w:rPr>
          <w:rFonts w:ascii="Times New Roman" w:hAnsi="Times New Roman" w:cs="Times New Roman"/>
          <w:b/>
          <w:bCs/>
          <w:i/>
          <w:iCs/>
          <w:sz w:val="30"/>
          <w:szCs w:val="30"/>
        </w:rPr>
      </w:pPr>
    </w:p>
    <w:p w14:paraId="61688A68" w14:textId="6FCF982F" w:rsidR="00897AA6" w:rsidRDefault="00D02333" w:rsidP="00D02333">
      <w:pPr>
        <w:ind w:left="720"/>
        <w:jc w:val="center"/>
        <w:rPr>
          <w:rFonts w:ascii="Times New Roman" w:hAnsi="Times New Roman" w:cs="Times New Roman"/>
          <w:b/>
          <w:bCs/>
          <w:sz w:val="30"/>
          <w:szCs w:val="30"/>
        </w:rPr>
      </w:pPr>
      <w:r>
        <w:rPr>
          <w:rFonts w:ascii="Times New Roman" w:hAnsi="Times New Roman" w:cs="Times New Roman"/>
          <w:b/>
          <w:bCs/>
          <w:sz w:val="30"/>
          <w:szCs w:val="30"/>
          <w:u w:val="single"/>
        </w:rPr>
        <w:t>SE</w:t>
      </w:r>
      <w:r w:rsidR="00897AA6">
        <w:rPr>
          <w:rFonts w:ascii="Times New Roman" w:hAnsi="Times New Roman" w:cs="Times New Roman"/>
          <w:b/>
          <w:bCs/>
          <w:sz w:val="30"/>
          <w:szCs w:val="30"/>
          <w:u w:val="single"/>
        </w:rPr>
        <w:t>NIOR</w:t>
      </w:r>
      <w:r w:rsidR="00897AA6">
        <w:rPr>
          <w:rFonts w:ascii="Times New Roman" w:hAnsi="Times New Roman" w:cs="Times New Roman"/>
          <w:b/>
          <w:bCs/>
          <w:sz w:val="30"/>
          <w:szCs w:val="30"/>
        </w:rPr>
        <w:t xml:space="preserve">: For the </w:t>
      </w:r>
      <w:r w:rsidR="00120BAC">
        <w:rPr>
          <w:rFonts w:ascii="Times New Roman" w:hAnsi="Times New Roman" w:cs="Times New Roman"/>
          <w:b/>
          <w:bCs/>
          <w:sz w:val="30"/>
          <w:szCs w:val="30"/>
        </w:rPr>
        <w:t>Se</w:t>
      </w:r>
      <w:r w:rsidR="00897AA6">
        <w:rPr>
          <w:rFonts w:ascii="Times New Roman" w:hAnsi="Times New Roman" w:cs="Times New Roman"/>
          <w:b/>
          <w:bCs/>
          <w:sz w:val="30"/>
          <w:szCs w:val="30"/>
        </w:rPr>
        <w:t>nior gaining the most points.  In the event of a tie, the total times will be used.  The fastest combined time will win.</w:t>
      </w:r>
    </w:p>
    <w:p w14:paraId="0292B524" w14:textId="77777777" w:rsidR="00897AA6" w:rsidRDefault="00897AA6" w:rsidP="00897AA6">
      <w:pPr>
        <w:jc w:val="center"/>
        <w:rPr>
          <w:rFonts w:ascii="Times New Roman" w:hAnsi="Times New Roman" w:cs="Times New Roman"/>
          <w:b/>
          <w:bCs/>
          <w:sz w:val="30"/>
          <w:szCs w:val="30"/>
        </w:rPr>
      </w:pPr>
      <w:r>
        <w:rPr>
          <w:rFonts w:ascii="Times New Roman" w:hAnsi="Times New Roman" w:cs="Times New Roman"/>
          <w:b/>
          <w:bCs/>
          <w:sz w:val="30"/>
          <w:szCs w:val="30"/>
        </w:rPr>
        <w:t>Supreme will win: A Rug, Sash and Rosette</w:t>
      </w:r>
    </w:p>
    <w:p w14:paraId="513BD522" w14:textId="77777777" w:rsidR="00897AA6" w:rsidRDefault="00897AA6" w:rsidP="00897AA6">
      <w:pPr>
        <w:jc w:val="center"/>
        <w:rPr>
          <w:rFonts w:ascii="Times New Roman" w:hAnsi="Times New Roman" w:cs="Times New Roman"/>
          <w:b/>
          <w:bCs/>
          <w:sz w:val="30"/>
          <w:szCs w:val="30"/>
        </w:rPr>
      </w:pPr>
      <w:r>
        <w:rPr>
          <w:rFonts w:ascii="Times New Roman" w:hAnsi="Times New Roman" w:cs="Times New Roman"/>
          <w:b/>
          <w:bCs/>
          <w:sz w:val="30"/>
          <w:szCs w:val="30"/>
        </w:rPr>
        <w:t>Reserve Supreme will win:  A Sash and Rosette</w:t>
      </w:r>
    </w:p>
    <w:p w14:paraId="7F6C55E3" w14:textId="77777777" w:rsidR="00897AA6" w:rsidRPr="00A9227D" w:rsidRDefault="00897AA6" w:rsidP="00897AA6">
      <w:pPr>
        <w:jc w:val="center"/>
        <w:rPr>
          <w:rFonts w:ascii="Times New Roman" w:hAnsi="Times New Roman" w:cs="Times New Roman"/>
          <w:b/>
          <w:bCs/>
          <w:i/>
          <w:iCs/>
          <w:color w:val="EE0000"/>
          <w:sz w:val="30"/>
          <w:szCs w:val="30"/>
        </w:rPr>
      </w:pPr>
      <w:r w:rsidRPr="00A9227D">
        <w:rPr>
          <w:rFonts w:ascii="Times New Roman" w:hAnsi="Times New Roman" w:cs="Times New Roman"/>
          <w:b/>
          <w:bCs/>
          <w:i/>
          <w:iCs/>
          <w:color w:val="EE0000"/>
          <w:sz w:val="30"/>
          <w:szCs w:val="30"/>
        </w:rPr>
        <w:t>Kindly sponsored by:</w:t>
      </w:r>
    </w:p>
    <w:p w14:paraId="7A27E2D1" w14:textId="290C7FC0" w:rsidR="00897AA6" w:rsidRPr="00A9227D" w:rsidRDefault="00120BAC" w:rsidP="00897AA6">
      <w:pPr>
        <w:jc w:val="center"/>
        <w:rPr>
          <w:rFonts w:ascii="Times New Roman" w:hAnsi="Times New Roman" w:cs="Times New Roman"/>
          <w:b/>
          <w:bCs/>
          <w:i/>
          <w:iCs/>
          <w:color w:val="EE0000"/>
          <w:sz w:val="30"/>
          <w:szCs w:val="30"/>
        </w:rPr>
      </w:pPr>
      <w:r w:rsidRPr="00A9227D">
        <w:rPr>
          <w:rFonts w:ascii="Times New Roman" w:hAnsi="Times New Roman" w:cs="Times New Roman"/>
          <w:b/>
          <w:bCs/>
          <w:i/>
          <w:iCs/>
          <w:color w:val="EE0000"/>
          <w:sz w:val="30"/>
          <w:szCs w:val="30"/>
        </w:rPr>
        <w:t>Heather Jenkins, Potato Paradise</w:t>
      </w:r>
    </w:p>
    <w:p w14:paraId="3E262337" w14:textId="77777777" w:rsidR="005559D3" w:rsidRDefault="005559D3" w:rsidP="00486819">
      <w:pPr>
        <w:jc w:val="center"/>
        <w:rPr>
          <w:rFonts w:ascii="Times New Roman" w:hAnsi="Times New Roman" w:cs="Times New Roman"/>
          <w:b/>
          <w:bCs/>
          <w:sz w:val="30"/>
          <w:szCs w:val="30"/>
        </w:rPr>
      </w:pPr>
    </w:p>
    <w:p w14:paraId="4A6C5B92" w14:textId="19E9EC97" w:rsidR="00897AA6" w:rsidRPr="00DF2521" w:rsidRDefault="006E779B" w:rsidP="00486819">
      <w:pPr>
        <w:jc w:val="center"/>
        <w:rPr>
          <w:rFonts w:ascii="Times New Roman" w:hAnsi="Times New Roman" w:cs="Times New Roman"/>
          <w:b/>
          <w:bCs/>
          <w:sz w:val="30"/>
          <w:szCs w:val="30"/>
        </w:rPr>
      </w:pPr>
      <w:r w:rsidRPr="00DF2521">
        <w:rPr>
          <w:rFonts w:ascii="Times New Roman" w:hAnsi="Times New Roman" w:cs="Times New Roman"/>
          <w:b/>
          <w:bCs/>
          <w:sz w:val="30"/>
          <w:szCs w:val="30"/>
        </w:rPr>
        <w:lastRenderedPageBreak/>
        <w:t>OVERALL SUPREME:</w:t>
      </w:r>
    </w:p>
    <w:p w14:paraId="19673BDE" w14:textId="1766E020" w:rsidR="00D639C8" w:rsidRDefault="006E779B" w:rsidP="003C24DB">
      <w:pPr>
        <w:jc w:val="center"/>
        <w:rPr>
          <w:rFonts w:ascii="Times New Roman" w:hAnsi="Times New Roman" w:cs="Times New Roman"/>
          <w:b/>
          <w:bCs/>
          <w:i/>
          <w:iCs/>
          <w:sz w:val="30"/>
          <w:szCs w:val="30"/>
        </w:rPr>
      </w:pPr>
      <w:r w:rsidRPr="00DF2521">
        <w:rPr>
          <w:rFonts w:ascii="Times New Roman" w:hAnsi="Times New Roman" w:cs="Times New Roman"/>
          <w:b/>
          <w:bCs/>
          <w:sz w:val="30"/>
          <w:szCs w:val="30"/>
        </w:rPr>
        <w:t>Flower Sa</w:t>
      </w:r>
      <w:r w:rsidR="003C24DB" w:rsidRPr="00DF2521">
        <w:rPr>
          <w:rFonts w:ascii="Times New Roman" w:hAnsi="Times New Roman" w:cs="Times New Roman"/>
          <w:b/>
          <w:bCs/>
          <w:sz w:val="30"/>
          <w:szCs w:val="30"/>
        </w:rPr>
        <w:t>sh</w:t>
      </w:r>
    </w:p>
    <w:p w14:paraId="007C4B4E" w14:textId="3D7A2410" w:rsidR="003C24DB" w:rsidRPr="00A9227D" w:rsidRDefault="003C24DB" w:rsidP="003C24DB">
      <w:pPr>
        <w:jc w:val="center"/>
        <w:rPr>
          <w:rFonts w:ascii="Times New Roman" w:hAnsi="Times New Roman" w:cs="Times New Roman"/>
          <w:b/>
          <w:bCs/>
          <w:i/>
          <w:iCs/>
          <w:color w:val="EE0000"/>
          <w:sz w:val="30"/>
          <w:szCs w:val="30"/>
        </w:rPr>
      </w:pPr>
      <w:r w:rsidRPr="00A9227D">
        <w:rPr>
          <w:rFonts w:ascii="Times New Roman" w:hAnsi="Times New Roman" w:cs="Times New Roman"/>
          <w:b/>
          <w:bCs/>
          <w:i/>
          <w:iCs/>
          <w:color w:val="EE0000"/>
          <w:sz w:val="30"/>
          <w:szCs w:val="30"/>
        </w:rPr>
        <w:t>Kindly sponsored by:</w:t>
      </w:r>
    </w:p>
    <w:p w14:paraId="7AD50C6F" w14:textId="575CAB3E" w:rsidR="00D639C8" w:rsidRPr="00A9227D" w:rsidRDefault="00903B06" w:rsidP="00B943A5">
      <w:pPr>
        <w:jc w:val="center"/>
        <w:rPr>
          <w:rFonts w:ascii="Times New Roman" w:hAnsi="Times New Roman" w:cs="Times New Roman"/>
          <w:b/>
          <w:bCs/>
          <w:color w:val="EE0000"/>
          <w:sz w:val="30"/>
          <w:szCs w:val="30"/>
        </w:rPr>
      </w:pPr>
      <w:proofErr w:type="spellStart"/>
      <w:r>
        <w:rPr>
          <w:rFonts w:ascii="Times New Roman" w:hAnsi="Times New Roman" w:cs="Times New Roman"/>
          <w:b/>
          <w:bCs/>
          <w:i/>
          <w:iCs/>
          <w:color w:val="EE0000"/>
          <w:sz w:val="30"/>
          <w:szCs w:val="30"/>
        </w:rPr>
        <w:t>Maggies’s</w:t>
      </w:r>
      <w:proofErr w:type="spellEnd"/>
      <w:r w:rsidR="00066F4F">
        <w:rPr>
          <w:rFonts w:ascii="Times New Roman" w:hAnsi="Times New Roman" w:cs="Times New Roman"/>
          <w:b/>
          <w:bCs/>
          <w:i/>
          <w:iCs/>
          <w:color w:val="EE0000"/>
          <w:sz w:val="30"/>
          <w:szCs w:val="30"/>
        </w:rPr>
        <w:t xml:space="preserve"> Flowers </w:t>
      </w:r>
      <w:r w:rsidR="003C24DB" w:rsidRPr="00A9227D">
        <w:rPr>
          <w:rFonts w:ascii="Times New Roman" w:hAnsi="Times New Roman" w:cs="Times New Roman"/>
          <w:b/>
          <w:bCs/>
          <w:i/>
          <w:iCs/>
          <w:color w:val="EE0000"/>
          <w:sz w:val="30"/>
          <w:szCs w:val="30"/>
        </w:rPr>
        <w:t>Solva</w:t>
      </w:r>
      <w:r w:rsidR="00066F4F">
        <w:rPr>
          <w:rFonts w:ascii="Times New Roman" w:hAnsi="Times New Roman" w:cs="Times New Roman"/>
          <w:b/>
          <w:bCs/>
          <w:i/>
          <w:iCs/>
          <w:color w:val="EE0000"/>
          <w:sz w:val="30"/>
          <w:szCs w:val="30"/>
        </w:rPr>
        <w:t xml:space="preserve"> and S</w:t>
      </w:r>
      <w:r w:rsidR="00EA6E7B">
        <w:rPr>
          <w:rFonts w:ascii="Times New Roman" w:hAnsi="Times New Roman" w:cs="Times New Roman"/>
          <w:b/>
          <w:bCs/>
          <w:i/>
          <w:iCs/>
          <w:color w:val="EE0000"/>
          <w:sz w:val="30"/>
          <w:szCs w:val="30"/>
        </w:rPr>
        <w:t>t</w:t>
      </w:r>
      <w:r w:rsidR="00066F4F">
        <w:rPr>
          <w:rFonts w:ascii="Times New Roman" w:hAnsi="Times New Roman" w:cs="Times New Roman"/>
          <w:b/>
          <w:bCs/>
          <w:i/>
          <w:iCs/>
          <w:color w:val="EE0000"/>
          <w:sz w:val="30"/>
          <w:szCs w:val="30"/>
        </w:rPr>
        <w:t>. David’s</w:t>
      </w:r>
      <w:r w:rsidR="003C24DB" w:rsidRPr="00A9227D">
        <w:rPr>
          <w:rFonts w:ascii="Times New Roman" w:hAnsi="Times New Roman" w:cs="Times New Roman"/>
          <w:b/>
          <w:bCs/>
          <w:i/>
          <w:iCs/>
          <w:color w:val="EE0000"/>
          <w:sz w:val="30"/>
          <w:szCs w:val="30"/>
        </w:rPr>
        <w:t xml:space="preserve"> </w:t>
      </w:r>
    </w:p>
    <w:p w14:paraId="03523D45" w14:textId="77777777" w:rsidR="002D0870" w:rsidRDefault="002D0870" w:rsidP="00B943A5">
      <w:pPr>
        <w:jc w:val="center"/>
        <w:rPr>
          <w:rFonts w:ascii="Times New Roman" w:hAnsi="Times New Roman" w:cs="Times New Roman"/>
          <w:b/>
          <w:bCs/>
          <w:sz w:val="30"/>
          <w:szCs w:val="30"/>
        </w:rPr>
      </w:pPr>
    </w:p>
    <w:p w14:paraId="0FE2851D" w14:textId="60183278" w:rsidR="00CD6A96" w:rsidRDefault="00CD6A96" w:rsidP="00B943A5">
      <w:pPr>
        <w:jc w:val="center"/>
        <w:rPr>
          <w:rFonts w:ascii="Times New Roman" w:hAnsi="Times New Roman" w:cs="Times New Roman"/>
          <w:b/>
          <w:bCs/>
          <w:sz w:val="30"/>
          <w:szCs w:val="30"/>
        </w:rPr>
      </w:pPr>
      <w:r>
        <w:rPr>
          <w:rFonts w:ascii="Times New Roman" w:hAnsi="Times New Roman" w:cs="Times New Roman"/>
          <w:b/>
          <w:bCs/>
          <w:sz w:val="30"/>
          <w:szCs w:val="30"/>
        </w:rPr>
        <w:t>BONUS PRIZES:</w:t>
      </w:r>
    </w:p>
    <w:p w14:paraId="03F727ED" w14:textId="61553EB3" w:rsidR="00CD6A96" w:rsidRDefault="00C53A69" w:rsidP="00B943A5">
      <w:pPr>
        <w:jc w:val="center"/>
        <w:rPr>
          <w:rFonts w:ascii="Times New Roman" w:hAnsi="Times New Roman" w:cs="Times New Roman"/>
          <w:b/>
          <w:bCs/>
          <w:sz w:val="30"/>
          <w:szCs w:val="30"/>
        </w:rPr>
      </w:pPr>
      <w:r>
        <w:rPr>
          <w:rFonts w:ascii="Times New Roman" w:hAnsi="Times New Roman" w:cs="Times New Roman"/>
          <w:b/>
          <w:bCs/>
          <w:sz w:val="30"/>
          <w:szCs w:val="30"/>
        </w:rPr>
        <w:t xml:space="preserve">Champion Rosettes and </w:t>
      </w:r>
      <w:r w:rsidR="00CD6A96">
        <w:rPr>
          <w:rFonts w:ascii="Times New Roman" w:hAnsi="Times New Roman" w:cs="Times New Roman"/>
          <w:b/>
          <w:bCs/>
          <w:sz w:val="30"/>
          <w:szCs w:val="30"/>
        </w:rPr>
        <w:t xml:space="preserve">Crafty Ponies will be awarded if enough entries </w:t>
      </w:r>
      <w:r>
        <w:rPr>
          <w:rFonts w:ascii="Times New Roman" w:hAnsi="Times New Roman" w:cs="Times New Roman"/>
          <w:b/>
          <w:bCs/>
          <w:sz w:val="30"/>
          <w:szCs w:val="30"/>
        </w:rPr>
        <w:t xml:space="preserve">in </w:t>
      </w:r>
      <w:proofErr w:type="gramStart"/>
      <w:r>
        <w:rPr>
          <w:rFonts w:ascii="Times New Roman" w:hAnsi="Times New Roman" w:cs="Times New Roman"/>
          <w:b/>
          <w:bCs/>
          <w:sz w:val="30"/>
          <w:szCs w:val="30"/>
        </w:rPr>
        <w:t>classes  warrant</w:t>
      </w:r>
      <w:proofErr w:type="gramEnd"/>
      <w:r>
        <w:rPr>
          <w:rFonts w:ascii="Times New Roman" w:hAnsi="Times New Roman" w:cs="Times New Roman"/>
          <w:b/>
          <w:bCs/>
          <w:sz w:val="30"/>
          <w:szCs w:val="30"/>
        </w:rPr>
        <w:t xml:space="preserve"> a split </w:t>
      </w:r>
      <w:r w:rsidR="0033120A">
        <w:rPr>
          <w:rFonts w:ascii="Times New Roman" w:hAnsi="Times New Roman" w:cs="Times New Roman"/>
          <w:b/>
          <w:bCs/>
          <w:sz w:val="30"/>
          <w:szCs w:val="30"/>
        </w:rPr>
        <w:t xml:space="preserve">on age/ led unled </w:t>
      </w:r>
      <w:proofErr w:type="spellStart"/>
      <w:r w:rsidR="0033120A">
        <w:rPr>
          <w:rFonts w:ascii="Times New Roman" w:hAnsi="Times New Roman" w:cs="Times New Roman"/>
          <w:b/>
          <w:bCs/>
          <w:sz w:val="30"/>
          <w:szCs w:val="30"/>
        </w:rPr>
        <w:t>etc</w:t>
      </w:r>
      <w:proofErr w:type="spellEnd"/>
    </w:p>
    <w:p w14:paraId="64944E2A" w14:textId="77777777" w:rsidR="0031089C" w:rsidRDefault="0031089C" w:rsidP="00B943A5">
      <w:pPr>
        <w:jc w:val="center"/>
        <w:rPr>
          <w:rFonts w:ascii="Times New Roman" w:hAnsi="Times New Roman" w:cs="Times New Roman"/>
          <w:b/>
          <w:bCs/>
          <w:sz w:val="30"/>
          <w:szCs w:val="30"/>
        </w:rPr>
      </w:pPr>
    </w:p>
    <w:p w14:paraId="6236331A" w14:textId="55D2BFE0" w:rsidR="005934E5" w:rsidRPr="002E753D" w:rsidRDefault="0033120A" w:rsidP="00CD5C4E">
      <w:pPr>
        <w:jc w:val="center"/>
        <w:rPr>
          <w:rFonts w:ascii="Times New Roman" w:hAnsi="Times New Roman" w:cs="Times New Roman"/>
        </w:rPr>
      </w:pPr>
      <w:r>
        <w:rPr>
          <w:rFonts w:ascii="Times New Roman" w:hAnsi="Times New Roman" w:cs="Times New Roman"/>
          <w:b/>
          <w:bCs/>
        </w:rPr>
        <w:t>J</w:t>
      </w:r>
      <w:r w:rsidR="007A1573" w:rsidRPr="009F19D0">
        <w:rPr>
          <w:rFonts w:ascii="Times New Roman" w:hAnsi="Times New Roman" w:cs="Times New Roman"/>
          <w:b/>
          <w:bCs/>
        </w:rPr>
        <w:t>UNIORS</w:t>
      </w:r>
      <w:r w:rsidR="007A1573" w:rsidRPr="002E753D">
        <w:rPr>
          <w:rFonts w:ascii="Times New Roman" w:hAnsi="Times New Roman" w:cs="Times New Roman"/>
        </w:rPr>
        <w:t xml:space="preserve"> 16 years and under (ponies 148cm or under).</w:t>
      </w:r>
    </w:p>
    <w:p w14:paraId="5453568B" w14:textId="77777777" w:rsidR="005934E5" w:rsidRPr="002E753D" w:rsidRDefault="007A1573" w:rsidP="00CD5C4E">
      <w:pPr>
        <w:jc w:val="center"/>
        <w:rPr>
          <w:rFonts w:ascii="Times New Roman" w:hAnsi="Times New Roman" w:cs="Times New Roman"/>
        </w:rPr>
      </w:pPr>
      <w:r w:rsidRPr="009F19D0">
        <w:rPr>
          <w:rFonts w:ascii="Times New Roman" w:hAnsi="Times New Roman" w:cs="Times New Roman"/>
          <w:b/>
          <w:bCs/>
        </w:rPr>
        <w:t xml:space="preserve">SENIORS </w:t>
      </w:r>
      <w:r w:rsidRPr="002E753D">
        <w:rPr>
          <w:rFonts w:ascii="Times New Roman" w:hAnsi="Times New Roman" w:cs="Times New Roman"/>
        </w:rPr>
        <w:t>17 years and over OR Juniors on horses exceeding 148cm.</w:t>
      </w:r>
    </w:p>
    <w:p w14:paraId="1C2BF421" w14:textId="0A0FC6ED" w:rsidR="005934E5" w:rsidRPr="002E753D" w:rsidRDefault="007A1573" w:rsidP="00CD5C4E">
      <w:pPr>
        <w:jc w:val="center"/>
        <w:rPr>
          <w:rFonts w:ascii="Times New Roman" w:hAnsi="Times New Roman" w:cs="Times New Roman"/>
        </w:rPr>
      </w:pPr>
      <w:r w:rsidRPr="002E753D">
        <w:rPr>
          <w:rFonts w:ascii="Times New Roman" w:hAnsi="Times New Roman" w:cs="Times New Roman"/>
        </w:rPr>
        <w:t>Ages as o</w:t>
      </w:r>
      <w:r w:rsidR="00563F2E">
        <w:rPr>
          <w:rFonts w:ascii="Times New Roman" w:hAnsi="Times New Roman" w:cs="Times New Roman"/>
        </w:rPr>
        <w:t>f 1</w:t>
      </w:r>
      <w:r w:rsidR="00563F2E" w:rsidRPr="00563F2E">
        <w:rPr>
          <w:rFonts w:ascii="Times New Roman" w:hAnsi="Times New Roman" w:cs="Times New Roman"/>
          <w:vertAlign w:val="superscript"/>
        </w:rPr>
        <w:t>st</w:t>
      </w:r>
      <w:r w:rsidR="00563F2E">
        <w:rPr>
          <w:rFonts w:ascii="Times New Roman" w:hAnsi="Times New Roman" w:cs="Times New Roman"/>
        </w:rPr>
        <w:t xml:space="preserve"> January 2026</w:t>
      </w:r>
    </w:p>
    <w:p w14:paraId="741F367F" w14:textId="77777777" w:rsidR="0031089C" w:rsidRDefault="0031089C">
      <w:pPr>
        <w:rPr>
          <w:rFonts w:ascii="Times New Roman" w:hAnsi="Times New Roman" w:cs="Times New Roman"/>
        </w:rPr>
      </w:pPr>
    </w:p>
    <w:p w14:paraId="30919F07" w14:textId="28879300" w:rsidR="005934E5" w:rsidRPr="002E753D" w:rsidRDefault="007A1573">
      <w:pPr>
        <w:rPr>
          <w:rFonts w:ascii="Times New Roman" w:hAnsi="Times New Roman" w:cs="Times New Roman"/>
        </w:rPr>
      </w:pPr>
      <w:r w:rsidRPr="002E753D">
        <w:rPr>
          <w:rFonts w:ascii="Times New Roman" w:hAnsi="Times New Roman" w:cs="Times New Roman"/>
        </w:rPr>
        <w:t>Class</w:t>
      </w:r>
      <w:r w:rsidR="00563F2E">
        <w:rPr>
          <w:rFonts w:ascii="Times New Roman" w:hAnsi="Times New Roman" w:cs="Times New Roman"/>
        </w:rPr>
        <w:t>es:</w:t>
      </w:r>
    </w:p>
    <w:p w14:paraId="5D8E9E5E" w14:textId="714CDAB5" w:rsidR="005934E5" w:rsidRDefault="007A1573">
      <w:pPr>
        <w:rPr>
          <w:rFonts w:ascii="Times New Roman" w:hAnsi="Times New Roman" w:cs="Times New Roman"/>
        </w:rPr>
      </w:pPr>
      <w:r w:rsidRPr="002E753D">
        <w:rPr>
          <w:rFonts w:ascii="Times New Roman" w:hAnsi="Times New Roman" w:cs="Times New Roman"/>
        </w:rPr>
        <w:t xml:space="preserve">Class </w:t>
      </w:r>
      <w:r w:rsidR="000236CD">
        <w:rPr>
          <w:rFonts w:ascii="Times New Roman" w:hAnsi="Times New Roman" w:cs="Times New Roman"/>
        </w:rPr>
        <w:t>W</w:t>
      </w:r>
      <w:r w:rsidRPr="002E753D">
        <w:rPr>
          <w:rFonts w:ascii="Times New Roman" w:hAnsi="Times New Roman" w:cs="Times New Roman"/>
        </w:rPr>
        <w:t xml:space="preserve">1 </w:t>
      </w:r>
      <w:r w:rsidR="000236CD">
        <w:rPr>
          <w:rFonts w:ascii="Times New Roman" w:hAnsi="Times New Roman" w:cs="Times New Roman"/>
        </w:rPr>
        <w:t>WARMUP.</w:t>
      </w:r>
      <w:r w:rsidR="000236CD">
        <w:rPr>
          <w:rFonts w:ascii="Times New Roman" w:hAnsi="Times New Roman" w:cs="Times New Roman"/>
        </w:rPr>
        <w:tab/>
      </w:r>
      <w:r w:rsidRPr="002E753D">
        <w:rPr>
          <w:rFonts w:ascii="Times New Roman" w:hAnsi="Times New Roman" w:cs="Times New Roman"/>
        </w:rPr>
        <w:t>JUNIOR Jumps Poles on the floor. May be led.</w:t>
      </w:r>
    </w:p>
    <w:p w14:paraId="1FDDC6C4" w14:textId="64BB758C" w:rsidR="00A973A4" w:rsidRDefault="00A973A4">
      <w:pPr>
        <w:rPr>
          <w:rFonts w:ascii="Times New Roman" w:hAnsi="Times New Roman" w:cs="Times New Roman"/>
        </w:rPr>
      </w:pPr>
      <w:r>
        <w:rPr>
          <w:rFonts w:ascii="Times New Roman" w:hAnsi="Times New Roman" w:cs="Times New Roman"/>
        </w:rPr>
        <w:t>Class F1 FI</w:t>
      </w:r>
      <w:r w:rsidR="000511A3">
        <w:rPr>
          <w:rFonts w:ascii="Times New Roman" w:hAnsi="Times New Roman" w:cs="Times New Roman"/>
        </w:rPr>
        <w:t>NA</w:t>
      </w:r>
      <w:r>
        <w:rPr>
          <w:rFonts w:ascii="Times New Roman" w:hAnsi="Times New Roman" w:cs="Times New Roman"/>
        </w:rPr>
        <w:t>L.</w:t>
      </w:r>
      <w:r>
        <w:rPr>
          <w:rFonts w:ascii="Times New Roman" w:hAnsi="Times New Roman" w:cs="Times New Roman"/>
        </w:rPr>
        <w:tab/>
      </w:r>
      <w:r w:rsidR="000511A3" w:rsidRPr="002E753D">
        <w:rPr>
          <w:rFonts w:ascii="Times New Roman" w:hAnsi="Times New Roman" w:cs="Times New Roman"/>
        </w:rPr>
        <w:t>JUNIOR Jumps Poles on the floor. May be led.</w:t>
      </w:r>
    </w:p>
    <w:p w14:paraId="435E5949" w14:textId="79DED5CD" w:rsidR="005934E5" w:rsidRDefault="007A1573">
      <w:pPr>
        <w:rPr>
          <w:rFonts w:ascii="Times New Roman" w:hAnsi="Times New Roman" w:cs="Times New Roman"/>
        </w:rPr>
      </w:pPr>
      <w:r w:rsidRPr="002E753D">
        <w:rPr>
          <w:rFonts w:ascii="Times New Roman" w:hAnsi="Times New Roman" w:cs="Times New Roman"/>
        </w:rPr>
        <w:t xml:space="preserve">Class </w:t>
      </w:r>
      <w:r w:rsidR="000511A3">
        <w:rPr>
          <w:rFonts w:ascii="Times New Roman" w:hAnsi="Times New Roman" w:cs="Times New Roman"/>
        </w:rPr>
        <w:t>W</w:t>
      </w:r>
      <w:r w:rsidRPr="002E753D">
        <w:rPr>
          <w:rFonts w:ascii="Times New Roman" w:hAnsi="Times New Roman" w:cs="Times New Roman"/>
        </w:rPr>
        <w:t xml:space="preserve">2 </w:t>
      </w:r>
      <w:r w:rsidR="000236CD">
        <w:rPr>
          <w:rFonts w:ascii="Times New Roman" w:hAnsi="Times New Roman" w:cs="Times New Roman"/>
        </w:rPr>
        <w:t>WARMUP</w:t>
      </w:r>
      <w:r w:rsidR="000511A3">
        <w:rPr>
          <w:rFonts w:ascii="Times New Roman" w:hAnsi="Times New Roman" w:cs="Times New Roman"/>
        </w:rPr>
        <w:t>.</w:t>
      </w:r>
      <w:r w:rsidR="000236CD">
        <w:rPr>
          <w:rFonts w:ascii="Times New Roman" w:hAnsi="Times New Roman" w:cs="Times New Roman"/>
        </w:rPr>
        <w:tab/>
      </w:r>
      <w:r w:rsidRPr="002E753D">
        <w:rPr>
          <w:rFonts w:ascii="Times New Roman" w:hAnsi="Times New Roman" w:cs="Times New Roman"/>
        </w:rPr>
        <w:t>JUNIOR Jumps not to exceed 30 cm. May be led.</w:t>
      </w:r>
    </w:p>
    <w:p w14:paraId="15E50FB8" w14:textId="39335BDB" w:rsidR="000511A3" w:rsidRDefault="000511A3">
      <w:pPr>
        <w:rPr>
          <w:rFonts w:ascii="Times New Roman" w:hAnsi="Times New Roman" w:cs="Times New Roman"/>
        </w:rPr>
      </w:pPr>
      <w:r>
        <w:rPr>
          <w:rFonts w:ascii="Times New Roman" w:hAnsi="Times New Roman" w:cs="Times New Roman"/>
        </w:rPr>
        <w:t xml:space="preserve">Class </w:t>
      </w:r>
      <w:r w:rsidR="00835F5F">
        <w:rPr>
          <w:rFonts w:ascii="Times New Roman" w:hAnsi="Times New Roman" w:cs="Times New Roman"/>
        </w:rPr>
        <w:t>F2 FINAL.</w:t>
      </w:r>
      <w:r w:rsidR="00835F5F">
        <w:rPr>
          <w:rFonts w:ascii="Times New Roman" w:hAnsi="Times New Roman" w:cs="Times New Roman"/>
        </w:rPr>
        <w:tab/>
        <w:t>JUNIOR</w:t>
      </w:r>
      <w:r w:rsidR="00304AC7">
        <w:rPr>
          <w:rFonts w:ascii="Times New Roman" w:hAnsi="Times New Roman" w:cs="Times New Roman"/>
        </w:rPr>
        <w:t xml:space="preserve"> </w:t>
      </w:r>
      <w:r w:rsidR="00304AC7" w:rsidRPr="002E753D">
        <w:rPr>
          <w:rFonts w:ascii="Times New Roman" w:hAnsi="Times New Roman" w:cs="Times New Roman"/>
        </w:rPr>
        <w:t>Jumps not to exceed 30 cm. May be led.</w:t>
      </w:r>
    </w:p>
    <w:p w14:paraId="6D31AA27" w14:textId="6F7E1681" w:rsidR="00BD2CD1" w:rsidRPr="002E753D" w:rsidRDefault="00BD2CD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C2670" w:rsidRPr="009B2A72">
        <w:rPr>
          <w:rFonts w:ascii="Times New Roman" w:hAnsi="Times New Roman" w:cs="Times New Roman"/>
          <w:b/>
          <w:bCs/>
          <w:color w:val="EE0000"/>
        </w:rPr>
        <w:t xml:space="preserve">Kindly sponsored by </w:t>
      </w:r>
      <w:r w:rsidR="00FC2670">
        <w:rPr>
          <w:rFonts w:ascii="Times New Roman" w:hAnsi="Times New Roman" w:cs="Times New Roman"/>
          <w:b/>
          <w:bCs/>
          <w:color w:val="EE0000"/>
        </w:rPr>
        <w:t>Nigel Yea Agri Services</w:t>
      </w:r>
    </w:p>
    <w:p w14:paraId="159416E5" w14:textId="4E78E5DC" w:rsidR="005934E5" w:rsidRDefault="007A1573">
      <w:pPr>
        <w:rPr>
          <w:rFonts w:ascii="Times New Roman" w:hAnsi="Times New Roman" w:cs="Times New Roman"/>
        </w:rPr>
      </w:pPr>
      <w:r w:rsidRPr="002E753D">
        <w:rPr>
          <w:rFonts w:ascii="Times New Roman" w:hAnsi="Times New Roman" w:cs="Times New Roman"/>
        </w:rPr>
        <w:t xml:space="preserve">Class </w:t>
      </w:r>
      <w:r w:rsidR="00304AC7">
        <w:rPr>
          <w:rFonts w:ascii="Times New Roman" w:hAnsi="Times New Roman" w:cs="Times New Roman"/>
        </w:rPr>
        <w:t>W</w:t>
      </w:r>
      <w:r w:rsidRPr="002E753D">
        <w:rPr>
          <w:rFonts w:ascii="Times New Roman" w:hAnsi="Times New Roman" w:cs="Times New Roman"/>
        </w:rPr>
        <w:t>3</w:t>
      </w:r>
      <w:r w:rsidR="00304AC7">
        <w:rPr>
          <w:rFonts w:ascii="Times New Roman" w:hAnsi="Times New Roman" w:cs="Times New Roman"/>
        </w:rPr>
        <w:t xml:space="preserve"> WARMUP</w:t>
      </w:r>
      <w:r w:rsidR="006E0F06">
        <w:rPr>
          <w:rFonts w:ascii="Times New Roman" w:hAnsi="Times New Roman" w:cs="Times New Roman"/>
        </w:rPr>
        <w:t>.</w:t>
      </w:r>
      <w:r w:rsidR="00304AC7">
        <w:rPr>
          <w:rFonts w:ascii="Times New Roman" w:hAnsi="Times New Roman" w:cs="Times New Roman"/>
        </w:rPr>
        <w:tab/>
      </w:r>
      <w:r w:rsidRPr="002E753D">
        <w:rPr>
          <w:rFonts w:ascii="Times New Roman" w:hAnsi="Times New Roman" w:cs="Times New Roman"/>
        </w:rPr>
        <w:t>JUNIOR Jumps not to exceed 40 cm. May be led.</w:t>
      </w:r>
    </w:p>
    <w:p w14:paraId="643851F0" w14:textId="459DEA4A" w:rsidR="00B03587" w:rsidRDefault="00385349" w:rsidP="00B03587">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3</w:t>
      </w:r>
      <w:r>
        <w:rPr>
          <w:rFonts w:ascii="Times New Roman" w:hAnsi="Times New Roman" w:cs="Times New Roman"/>
        </w:rPr>
        <w:t xml:space="preserve"> FINAL</w:t>
      </w:r>
      <w:r w:rsidR="006E0F06">
        <w:rPr>
          <w:rFonts w:ascii="Times New Roman" w:hAnsi="Times New Roman" w:cs="Times New Roman"/>
        </w:rPr>
        <w:t>.</w:t>
      </w:r>
      <w:r>
        <w:rPr>
          <w:rFonts w:ascii="Times New Roman" w:hAnsi="Times New Roman" w:cs="Times New Roman"/>
        </w:rPr>
        <w:tab/>
      </w:r>
      <w:r w:rsidRPr="002E753D">
        <w:rPr>
          <w:rFonts w:ascii="Times New Roman" w:hAnsi="Times New Roman" w:cs="Times New Roman"/>
        </w:rPr>
        <w:t>JUNIOR Jumps not to exceed 40 cm. May be le</w:t>
      </w:r>
      <w:r w:rsidR="00C94BB3">
        <w:rPr>
          <w:rFonts w:ascii="Times New Roman" w:hAnsi="Times New Roman" w:cs="Times New Roman"/>
        </w:rPr>
        <w:t>d.</w:t>
      </w:r>
    </w:p>
    <w:p w14:paraId="26D75A77" w14:textId="4F78B158" w:rsidR="005934E5" w:rsidRDefault="00422A97" w:rsidP="00B03587">
      <w:pPr>
        <w:rPr>
          <w:rFonts w:ascii="Times New Roman" w:hAnsi="Times New Roman" w:cs="Times New Roman"/>
        </w:rPr>
      </w:pPr>
      <w:r>
        <w:rPr>
          <w:rFonts w:ascii="Times New Roman" w:hAnsi="Times New Roman" w:cs="Times New Roman"/>
        </w:rPr>
        <w:t>C</w:t>
      </w:r>
      <w:r w:rsidR="007A1573" w:rsidRPr="002E753D">
        <w:rPr>
          <w:rFonts w:ascii="Times New Roman" w:hAnsi="Times New Roman" w:cs="Times New Roman"/>
        </w:rPr>
        <w:t xml:space="preserve">lass </w:t>
      </w:r>
      <w:r>
        <w:rPr>
          <w:rFonts w:ascii="Times New Roman" w:hAnsi="Times New Roman" w:cs="Times New Roman"/>
        </w:rPr>
        <w:t>W</w:t>
      </w:r>
      <w:r w:rsidR="007A1573" w:rsidRPr="002E753D">
        <w:rPr>
          <w:rFonts w:ascii="Times New Roman" w:hAnsi="Times New Roman" w:cs="Times New Roman"/>
        </w:rPr>
        <w:t>5</w:t>
      </w:r>
      <w:r>
        <w:rPr>
          <w:rFonts w:ascii="Times New Roman" w:hAnsi="Times New Roman" w:cs="Times New Roman"/>
        </w:rPr>
        <w:t xml:space="preserve"> WARMUP.</w:t>
      </w:r>
      <w:r>
        <w:rPr>
          <w:rFonts w:ascii="Times New Roman" w:hAnsi="Times New Roman" w:cs="Times New Roman"/>
        </w:rPr>
        <w:tab/>
      </w:r>
      <w:r w:rsidR="007A1573" w:rsidRPr="002E753D">
        <w:rPr>
          <w:rFonts w:ascii="Times New Roman" w:hAnsi="Times New Roman" w:cs="Times New Roman"/>
        </w:rPr>
        <w:t>JUNIOR Jumps not to exceed 50 cm.</w:t>
      </w:r>
    </w:p>
    <w:p w14:paraId="5AFA385E" w14:textId="03CB56B9" w:rsidR="00422A97" w:rsidRDefault="00422A97">
      <w:pPr>
        <w:rPr>
          <w:rFonts w:ascii="Times New Roman" w:hAnsi="Times New Roman" w:cs="Times New Roman"/>
        </w:rPr>
      </w:pPr>
      <w:r>
        <w:rPr>
          <w:rFonts w:ascii="Times New Roman" w:hAnsi="Times New Roman" w:cs="Times New Roman"/>
        </w:rPr>
        <w:t>C</w:t>
      </w:r>
      <w:r w:rsidRPr="002E753D">
        <w:rPr>
          <w:rFonts w:ascii="Times New Roman" w:hAnsi="Times New Roman" w:cs="Times New Roman"/>
        </w:rPr>
        <w:t xml:space="preserve">lass </w:t>
      </w:r>
      <w:r w:rsidR="00E8322C">
        <w:rPr>
          <w:rFonts w:ascii="Times New Roman" w:hAnsi="Times New Roman" w:cs="Times New Roman"/>
        </w:rPr>
        <w:t>F</w:t>
      </w:r>
      <w:r w:rsidRPr="002E753D">
        <w:rPr>
          <w:rFonts w:ascii="Times New Roman" w:hAnsi="Times New Roman" w:cs="Times New Roman"/>
        </w:rPr>
        <w:t>5</w:t>
      </w:r>
      <w:r>
        <w:rPr>
          <w:rFonts w:ascii="Times New Roman" w:hAnsi="Times New Roman" w:cs="Times New Roman"/>
        </w:rPr>
        <w:t xml:space="preserve"> </w:t>
      </w:r>
      <w:r w:rsidR="00E8322C">
        <w:rPr>
          <w:rFonts w:ascii="Times New Roman" w:hAnsi="Times New Roman" w:cs="Times New Roman"/>
        </w:rPr>
        <w:t>FINAL</w:t>
      </w:r>
      <w:r>
        <w:rPr>
          <w:rFonts w:ascii="Times New Roman" w:hAnsi="Times New Roman" w:cs="Times New Roman"/>
        </w:rPr>
        <w:t>.</w:t>
      </w:r>
      <w:r>
        <w:rPr>
          <w:rFonts w:ascii="Times New Roman" w:hAnsi="Times New Roman" w:cs="Times New Roman"/>
        </w:rPr>
        <w:tab/>
      </w:r>
      <w:r w:rsidRPr="002E753D">
        <w:rPr>
          <w:rFonts w:ascii="Times New Roman" w:hAnsi="Times New Roman" w:cs="Times New Roman"/>
        </w:rPr>
        <w:t>JUNIOR Jumps not to exceed 50 cm.</w:t>
      </w:r>
    </w:p>
    <w:p w14:paraId="622DABC6" w14:textId="77B19637" w:rsidR="003C5203" w:rsidRPr="009B2A72" w:rsidRDefault="003C5203">
      <w:pPr>
        <w:rPr>
          <w:rFonts w:ascii="Times New Roman" w:hAnsi="Times New Roman" w:cs="Times New Roman"/>
          <w:b/>
          <w:bCs/>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B2A72">
        <w:rPr>
          <w:rFonts w:ascii="Times New Roman" w:hAnsi="Times New Roman" w:cs="Times New Roman"/>
          <w:b/>
          <w:bCs/>
          <w:color w:val="EE0000"/>
        </w:rPr>
        <w:t>Kindly sponsored by Hakin Motors</w:t>
      </w:r>
    </w:p>
    <w:p w14:paraId="2EB6517C" w14:textId="184606A1" w:rsidR="005934E5" w:rsidRDefault="007A1573">
      <w:pPr>
        <w:rPr>
          <w:rFonts w:ascii="Times New Roman" w:hAnsi="Times New Roman" w:cs="Times New Roman"/>
        </w:rPr>
      </w:pPr>
      <w:r w:rsidRPr="002E753D">
        <w:rPr>
          <w:rFonts w:ascii="Times New Roman" w:hAnsi="Times New Roman" w:cs="Times New Roman"/>
        </w:rPr>
        <w:t xml:space="preserve">Class </w:t>
      </w:r>
      <w:r w:rsidR="00A63AA0">
        <w:rPr>
          <w:rFonts w:ascii="Times New Roman" w:hAnsi="Times New Roman" w:cs="Times New Roman"/>
        </w:rPr>
        <w:t>W</w:t>
      </w:r>
      <w:r w:rsidRPr="002E753D">
        <w:rPr>
          <w:rFonts w:ascii="Times New Roman" w:hAnsi="Times New Roman" w:cs="Times New Roman"/>
        </w:rPr>
        <w:t>6</w:t>
      </w:r>
      <w:r w:rsidR="00A63AA0">
        <w:rPr>
          <w:rFonts w:ascii="Times New Roman" w:hAnsi="Times New Roman" w:cs="Times New Roman"/>
        </w:rPr>
        <w:t xml:space="preserve"> WARMUP.</w:t>
      </w:r>
      <w:r w:rsidR="00A63AA0">
        <w:rPr>
          <w:rFonts w:ascii="Times New Roman" w:hAnsi="Times New Roman" w:cs="Times New Roman"/>
        </w:rPr>
        <w:tab/>
      </w:r>
      <w:r w:rsidRPr="002E753D">
        <w:rPr>
          <w:rFonts w:ascii="Times New Roman" w:hAnsi="Times New Roman" w:cs="Times New Roman"/>
        </w:rPr>
        <w:t>SENIOR Jumps not to exceed 50 cm.</w:t>
      </w:r>
    </w:p>
    <w:p w14:paraId="74EBDCD8" w14:textId="491C736B" w:rsidR="00B233AF" w:rsidRDefault="00B233AF" w:rsidP="00B233AF">
      <w:pPr>
        <w:rPr>
          <w:rFonts w:ascii="Times New Roman" w:hAnsi="Times New Roman" w:cs="Times New Roman"/>
        </w:rPr>
      </w:pPr>
      <w:r>
        <w:rPr>
          <w:rFonts w:ascii="Times New Roman" w:hAnsi="Times New Roman" w:cs="Times New Roman"/>
        </w:rPr>
        <w:t>C</w:t>
      </w:r>
      <w:r w:rsidRPr="002E753D">
        <w:rPr>
          <w:rFonts w:ascii="Times New Roman" w:hAnsi="Times New Roman" w:cs="Times New Roman"/>
        </w:rPr>
        <w:t xml:space="preserve">lass </w:t>
      </w:r>
      <w:r>
        <w:rPr>
          <w:rFonts w:ascii="Times New Roman" w:hAnsi="Times New Roman" w:cs="Times New Roman"/>
        </w:rPr>
        <w:t>F6 FINAL.</w:t>
      </w:r>
      <w:r>
        <w:rPr>
          <w:rFonts w:ascii="Times New Roman" w:hAnsi="Times New Roman" w:cs="Times New Roman"/>
        </w:rPr>
        <w:tab/>
        <w:t xml:space="preserve">SENIOR </w:t>
      </w:r>
      <w:r w:rsidRPr="002E753D">
        <w:rPr>
          <w:rFonts w:ascii="Times New Roman" w:hAnsi="Times New Roman" w:cs="Times New Roman"/>
        </w:rPr>
        <w:t>Jumps not to exceed 50 cm.</w:t>
      </w:r>
    </w:p>
    <w:p w14:paraId="7EA7FDAA" w14:textId="49F1673C" w:rsidR="00FE0526" w:rsidRDefault="00EF247F" w:rsidP="00B233AF">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B2A72">
        <w:rPr>
          <w:rFonts w:ascii="Times New Roman" w:hAnsi="Times New Roman" w:cs="Times New Roman"/>
          <w:b/>
          <w:bCs/>
          <w:color w:val="EE0000"/>
        </w:rPr>
        <w:t xml:space="preserve">Kindly sponsored by </w:t>
      </w:r>
      <w:r>
        <w:rPr>
          <w:rFonts w:ascii="Times New Roman" w:hAnsi="Times New Roman" w:cs="Times New Roman"/>
          <w:b/>
          <w:bCs/>
          <w:color w:val="EE0000"/>
        </w:rPr>
        <w:t>Sonia and Sophie Jamieson</w:t>
      </w:r>
    </w:p>
    <w:p w14:paraId="36B11BC6" w14:textId="77777777" w:rsidR="0031089C" w:rsidRDefault="0031089C">
      <w:pPr>
        <w:rPr>
          <w:rFonts w:ascii="Times New Roman" w:hAnsi="Times New Roman" w:cs="Times New Roman"/>
        </w:rPr>
      </w:pPr>
    </w:p>
    <w:p w14:paraId="2360DC1D" w14:textId="6C7A9B9F" w:rsidR="005934E5" w:rsidRDefault="007A1573">
      <w:pPr>
        <w:rPr>
          <w:rFonts w:ascii="Times New Roman" w:hAnsi="Times New Roman" w:cs="Times New Roman"/>
        </w:rPr>
      </w:pPr>
      <w:r w:rsidRPr="002E753D">
        <w:rPr>
          <w:rFonts w:ascii="Times New Roman" w:hAnsi="Times New Roman" w:cs="Times New Roman"/>
        </w:rPr>
        <w:lastRenderedPageBreak/>
        <w:t xml:space="preserve">Class </w:t>
      </w:r>
      <w:r w:rsidR="008B7871">
        <w:rPr>
          <w:rFonts w:ascii="Times New Roman" w:hAnsi="Times New Roman" w:cs="Times New Roman"/>
        </w:rPr>
        <w:t>W</w:t>
      </w:r>
      <w:r w:rsidRPr="002E753D">
        <w:rPr>
          <w:rFonts w:ascii="Times New Roman" w:hAnsi="Times New Roman" w:cs="Times New Roman"/>
        </w:rPr>
        <w:t>7</w:t>
      </w:r>
      <w:r w:rsidR="008B7871">
        <w:rPr>
          <w:rFonts w:ascii="Times New Roman" w:hAnsi="Times New Roman" w:cs="Times New Roman"/>
        </w:rPr>
        <w:t xml:space="preserve"> WARMUP</w:t>
      </w:r>
      <w:r w:rsidR="00EB6DA7">
        <w:rPr>
          <w:rFonts w:ascii="Times New Roman" w:hAnsi="Times New Roman" w:cs="Times New Roman"/>
        </w:rPr>
        <w:t>.</w:t>
      </w:r>
      <w:r w:rsidR="002E2447">
        <w:rPr>
          <w:rFonts w:ascii="Times New Roman" w:hAnsi="Times New Roman" w:cs="Times New Roman"/>
        </w:rPr>
        <w:tab/>
      </w:r>
      <w:r w:rsidRPr="002E753D">
        <w:rPr>
          <w:rFonts w:ascii="Times New Roman" w:hAnsi="Times New Roman" w:cs="Times New Roman"/>
        </w:rPr>
        <w:t>JUNIOR Jumps not to exceed 60 cm.</w:t>
      </w:r>
    </w:p>
    <w:p w14:paraId="238B4D32" w14:textId="561C757B" w:rsidR="002E2447" w:rsidRDefault="002E2447">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7</w:t>
      </w:r>
      <w:r>
        <w:rPr>
          <w:rFonts w:ascii="Times New Roman" w:hAnsi="Times New Roman" w:cs="Times New Roman"/>
        </w:rPr>
        <w:t xml:space="preserve"> FINAL</w:t>
      </w:r>
      <w:r w:rsidR="00EB6DA7">
        <w:rPr>
          <w:rFonts w:ascii="Times New Roman" w:hAnsi="Times New Roman" w:cs="Times New Roman"/>
        </w:rPr>
        <w:t>.</w:t>
      </w:r>
      <w:r>
        <w:rPr>
          <w:rFonts w:ascii="Times New Roman" w:hAnsi="Times New Roman" w:cs="Times New Roman"/>
        </w:rPr>
        <w:tab/>
      </w:r>
      <w:r w:rsidRPr="002E753D">
        <w:rPr>
          <w:rFonts w:ascii="Times New Roman" w:hAnsi="Times New Roman" w:cs="Times New Roman"/>
        </w:rPr>
        <w:t>JUNIOR Jumps not to exceed 60 cm.</w:t>
      </w:r>
    </w:p>
    <w:p w14:paraId="4BBAEF95" w14:textId="5A716BD8" w:rsidR="00FC2670" w:rsidRPr="002E753D" w:rsidRDefault="00FC2670">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B2A72">
        <w:rPr>
          <w:rFonts w:ascii="Times New Roman" w:hAnsi="Times New Roman" w:cs="Times New Roman"/>
          <w:b/>
          <w:bCs/>
          <w:color w:val="EE0000"/>
        </w:rPr>
        <w:t xml:space="preserve">Kindly sponsored by </w:t>
      </w:r>
      <w:r>
        <w:rPr>
          <w:rFonts w:ascii="Times New Roman" w:hAnsi="Times New Roman" w:cs="Times New Roman"/>
          <w:b/>
          <w:bCs/>
          <w:color w:val="EE0000"/>
        </w:rPr>
        <w:t>Nigel Yea Agri Services</w:t>
      </w:r>
    </w:p>
    <w:p w14:paraId="55E904BF" w14:textId="75600069" w:rsidR="005934E5" w:rsidRDefault="007A1573">
      <w:pPr>
        <w:rPr>
          <w:rFonts w:ascii="Times New Roman" w:hAnsi="Times New Roman" w:cs="Times New Roman"/>
        </w:rPr>
      </w:pPr>
      <w:r w:rsidRPr="002E753D">
        <w:rPr>
          <w:rFonts w:ascii="Times New Roman" w:hAnsi="Times New Roman" w:cs="Times New Roman"/>
        </w:rPr>
        <w:t xml:space="preserve">Class </w:t>
      </w:r>
      <w:r w:rsidR="00EB6DA7">
        <w:rPr>
          <w:rFonts w:ascii="Times New Roman" w:hAnsi="Times New Roman" w:cs="Times New Roman"/>
        </w:rPr>
        <w:t>W8 WARMUP.</w:t>
      </w:r>
      <w:r w:rsidR="00EB6DA7">
        <w:rPr>
          <w:rFonts w:ascii="Times New Roman" w:hAnsi="Times New Roman" w:cs="Times New Roman"/>
        </w:rPr>
        <w:tab/>
        <w:t>SE</w:t>
      </w:r>
      <w:r w:rsidRPr="002E753D">
        <w:rPr>
          <w:rFonts w:ascii="Times New Roman" w:hAnsi="Times New Roman" w:cs="Times New Roman"/>
        </w:rPr>
        <w:t>NIOR Jumps not to exceed 60 cm.</w:t>
      </w:r>
    </w:p>
    <w:p w14:paraId="4F0EC3E5" w14:textId="07DC747D" w:rsidR="003A7990" w:rsidRDefault="003A7990" w:rsidP="003A7990">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F8 FINAL.</w:t>
      </w:r>
      <w:r>
        <w:rPr>
          <w:rFonts w:ascii="Times New Roman" w:hAnsi="Times New Roman" w:cs="Times New Roman"/>
        </w:rPr>
        <w:tab/>
        <w:t>SE</w:t>
      </w:r>
      <w:r w:rsidRPr="002E753D">
        <w:rPr>
          <w:rFonts w:ascii="Times New Roman" w:hAnsi="Times New Roman" w:cs="Times New Roman"/>
        </w:rPr>
        <w:t>NIOR Jumps not to exceed 60 cm.</w:t>
      </w:r>
    </w:p>
    <w:p w14:paraId="676806C6" w14:textId="627ED1DE" w:rsidR="005934E5" w:rsidRDefault="007A1573">
      <w:pPr>
        <w:rPr>
          <w:rFonts w:ascii="Times New Roman" w:hAnsi="Times New Roman" w:cs="Times New Roman"/>
        </w:rPr>
      </w:pPr>
      <w:r w:rsidRPr="002E753D">
        <w:rPr>
          <w:rFonts w:ascii="Times New Roman" w:hAnsi="Times New Roman" w:cs="Times New Roman"/>
        </w:rPr>
        <w:t xml:space="preserve">Class </w:t>
      </w:r>
      <w:r w:rsidR="003A7990">
        <w:rPr>
          <w:rFonts w:ascii="Times New Roman" w:hAnsi="Times New Roman" w:cs="Times New Roman"/>
        </w:rPr>
        <w:t>W</w:t>
      </w:r>
      <w:r w:rsidRPr="002E753D">
        <w:rPr>
          <w:rFonts w:ascii="Times New Roman" w:hAnsi="Times New Roman" w:cs="Times New Roman"/>
        </w:rPr>
        <w:t>9</w:t>
      </w:r>
      <w:r w:rsidR="003A7990">
        <w:rPr>
          <w:rFonts w:ascii="Times New Roman" w:hAnsi="Times New Roman" w:cs="Times New Roman"/>
        </w:rPr>
        <w:t xml:space="preserve"> WARMUP.</w:t>
      </w:r>
      <w:r w:rsidR="003A7990">
        <w:rPr>
          <w:rFonts w:ascii="Times New Roman" w:hAnsi="Times New Roman" w:cs="Times New Roman"/>
        </w:rPr>
        <w:tab/>
      </w:r>
      <w:r w:rsidRPr="002E753D">
        <w:rPr>
          <w:rFonts w:ascii="Times New Roman" w:hAnsi="Times New Roman" w:cs="Times New Roman"/>
        </w:rPr>
        <w:t>JUNIOR Jumps not to exceed 70 cm.</w:t>
      </w:r>
    </w:p>
    <w:p w14:paraId="14C7AEE3" w14:textId="0DDD7939" w:rsidR="003A7990" w:rsidRDefault="003A7990" w:rsidP="003A7990">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9</w:t>
      </w:r>
      <w:r>
        <w:rPr>
          <w:rFonts w:ascii="Times New Roman" w:hAnsi="Times New Roman" w:cs="Times New Roman"/>
        </w:rPr>
        <w:t xml:space="preserve"> </w:t>
      </w:r>
      <w:r w:rsidR="00AD7444">
        <w:rPr>
          <w:rFonts w:ascii="Times New Roman" w:hAnsi="Times New Roman" w:cs="Times New Roman"/>
        </w:rPr>
        <w:t>FINAL</w:t>
      </w:r>
      <w:r>
        <w:rPr>
          <w:rFonts w:ascii="Times New Roman" w:hAnsi="Times New Roman" w:cs="Times New Roman"/>
        </w:rPr>
        <w:t>.</w:t>
      </w:r>
      <w:r>
        <w:rPr>
          <w:rFonts w:ascii="Times New Roman" w:hAnsi="Times New Roman" w:cs="Times New Roman"/>
        </w:rPr>
        <w:tab/>
      </w:r>
      <w:r w:rsidRPr="002E753D">
        <w:rPr>
          <w:rFonts w:ascii="Times New Roman" w:hAnsi="Times New Roman" w:cs="Times New Roman"/>
        </w:rPr>
        <w:t>JUNIOR Jumps not to exceed 70 cm.</w:t>
      </w:r>
    </w:p>
    <w:p w14:paraId="14647F92" w14:textId="6EB37A52" w:rsidR="005E1B9F" w:rsidRDefault="005E1B9F" w:rsidP="003A7990">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B2A72">
        <w:rPr>
          <w:rFonts w:ascii="Times New Roman" w:hAnsi="Times New Roman" w:cs="Times New Roman"/>
          <w:b/>
          <w:bCs/>
          <w:color w:val="EE0000"/>
        </w:rPr>
        <w:t xml:space="preserve">Kindly sponsored by </w:t>
      </w:r>
      <w:r>
        <w:rPr>
          <w:rFonts w:ascii="Times New Roman" w:hAnsi="Times New Roman" w:cs="Times New Roman"/>
          <w:b/>
          <w:bCs/>
          <w:color w:val="EE0000"/>
        </w:rPr>
        <w:t>Jan Locke</w:t>
      </w:r>
    </w:p>
    <w:p w14:paraId="1CD8CFA5" w14:textId="4C50AA5F" w:rsidR="005934E5" w:rsidRDefault="007A1573">
      <w:pPr>
        <w:rPr>
          <w:rFonts w:ascii="Times New Roman" w:hAnsi="Times New Roman" w:cs="Times New Roman"/>
        </w:rPr>
      </w:pPr>
      <w:r w:rsidRPr="002E753D">
        <w:rPr>
          <w:rFonts w:ascii="Times New Roman" w:hAnsi="Times New Roman" w:cs="Times New Roman"/>
        </w:rPr>
        <w:t xml:space="preserve">Class </w:t>
      </w:r>
      <w:r w:rsidR="00AD7444">
        <w:rPr>
          <w:rFonts w:ascii="Times New Roman" w:hAnsi="Times New Roman" w:cs="Times New Roman"/>
        </w:rPr>
        <w:t>W</w:t>
      </w:r>
      <w:r w:rsidRPr="002E753D">
        <w:rPr>
          <w:rFonts w:ascii="Times New Roman" w:hAnsi="Times New Roman" w:cs="Times New Roman"/>
        </w:rPr>
        <w:t xml:space="preserve">10 </w:t>
      </w:r>
      <w:r w:rsidR="00AD7444">
        <w:rPr>
          <w:rFonts w:ascii="Times New Roman" w:hAnsi="Times New Roman" w:cs="Times New Roman"/>
        </w:rPr>
        <w:t>WARMUP.</w:t>
      </w:r>
      <w:r w:rsidR="00AD7444">
        <w:rPr>
          <w:rFonts w:ascii="Times New Roman" w:hAnsi="Times New Roman" w:cs="Times New Roman"/>
        </w:rPr>
        <w:tab/>
      </w:r>
      <w:r w:rsidRPr="002E753D">
        <w:rPr>
          <w:rFonts w:ascii="Times New Roman" w:hAnsi="Times New Roman" w:cs="Times New Roman"/>
        </w:rPr>
        <w:t>SENIOR Jumps not to exceed 70 cm.</w:t>
      </w:r>
    </w:p>
    <w:p w14:paraId="66B0072D" w14:textId="5186EAFB" w:rsidR="00AD7444" w:rsidRDefault="00AD7444" w:rsidP="00AD7444">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 xml:space="preserve">10 </w:t>
      </w:r>
      <w:r>
        <w:rPr>
          <w:rFonts w:ascii="Times New Roman" w:hAnsi="Times New Roman" w:cs="Times New Roman"/>
        </w:rPr>
        <w:t>FINAL.</w:t>
      </w:r>
      <w:r>
        <w:rPr>
          <w:rFonts w:ascii="Times New Roman" w:hAnsi="Times New Roman" w:cs="Times New Roman"/>
        </w:rPr>
        <w:tab/>
      </w:r>
      <w:r w:rsidRPr="002E753D">
        <w:rPr>
          <w:rFonts w:ascii="Times New Roman" w:hAnsi="Times New Roman" w:cs="Times New Roman"/>
        </w:rPr>
        <w:t>SENIOR Jumps not to exceed 70 cm.</w:t>
      </w:r>
    </w:p>
    <w:p w14:paraId="44A2AE21" w14:textId="7F0B5B6B" w:rsidR="005934E5" w:rsidRDefault="007A1573">
      <w:pPr>
        <w:rPr>
          <w:rFonts w:ascii="Times New Roman" w:hAnsi="Times New Roman" w:cs="Times New Roman"/>
        </w:rPr>
      </w:pPr>
      <w:r w:rsidRPr="002E753D">
        <w:rPr>
          <w:rFonts w:ascii="Times New Roman" w:hAnsi="Times New Roman" w:cs="Times New Roman"/>
        </w:rPr>
        <w:t xml:space="preserve">Class </w:t>
      </w:r>
      <w:r w:rsidR="00F26ACB">
        <w:rPr>
          <w:rFonts w:ascii="Times New Roman" w:hAnsi="Times New Roman" w:cs="Times New Roman"/>
        </w:rPr>
        <w:t>W</w:t>
      </w:r>
      <w:r w:rsidRPr="002E753D">
        <w:rPr>
          <w:rFonts w:ascii="Times New Roman" w:hAnsi="Times New Roman" w:cs="Times New Roman"/>
        </w:rPr>
        <w:t>11</w:t>
      </w:r>
      <w:r w:rsidR="00F26ACB">
        <w:rPr>
          <w:rFonts w:ascii="Times New Roman" w:hAnsi="Times New Roman" w:cs="Times New Roman"/>
        </w:rPr>
        <w:t xml:space="preserve"> WARMUP.</w:t>
      </w:r>
      <w:r w:rsidR="00F26ACB">
        <w:rPr>
          <w:rFonts w:ascii="Times New Roman" w:hAnsi="Times New Roman" w:cs="Times New Roman"/>
        </w:rPr>
        <w:tab/>
      </w:r>
      <w:r w:rsidRPr="002E753D">
        <w:rPr>
          <w:rFonts w:ascii="Times New Roman" w:hAnsi="Times New Roman" w:cs="Times New Roman"/>
        </w:rPr>
        <w:t>JUNIOR Jumps not to exceed 80 cm.</w:t>
      </w:r>
    </w:p>
    <w:p w14:paraId="2A8AD1F5" w14:textId="42E63F72" w:rsidR="00F26ACB" w:rsidRDefault="00F26ACB" w:rsidP="00F26ACB">
      <w:pPr>
        <w:rPr>
          <w:rFonts w:ascii="Times New Roman" w:hAnsi="Times New Roman" w:cs="Times New Roman"/>
        </w:rPr>
      </w:pPr>
      <w:r w:rsidRPr="002E753D">
        <w:rPr>
          <w:rFonts w:ascii="Times New Roman" w:hAnsi="Times New Roman" w:cs="Times New Roman"/>
        </w:rPr>
        <w:t xml:space="preserve">Class </w:t>
      </w:r>
      <w:r w:rsidR="008176E9">
        <w:rPr>
          <w:rFonts w:ascii="Times New Roman" w:hAnsi="Times New Roman" w:cs="Times New Roman"/>
        </w:rPr>
        <w:t>F</w:t>
      </w:r>
      <w:r w:rsidRPr="002E753D">
        <w:rPr>
          <w:rFonts w:ascii="Times New Roman" w:hAnsi="Times New Roman" w:cs="Times New Roman"/>
        </w:rPr>
        <w:t>11</w:t>
      </w:r>
      <w:r>
        <w:rPr>
          <w:rFonts w:ascii="Times New Roman" w:hAnsi="Times New Roman" w:cs="Times New Roman"/>
        </w:rPr>
        <w:t xml:space="preserve"> </w:t>
      </w:r>
      <w:r w:rsidR="008176E9">
        <w:rPr>
          <w:rFonts w:ascii="Times New Roman" w:hAnsi="Times New Roman" w:cs="Times New Roman"/>
        </w:rPr>
        <w:t>FINAL</w:t>
      </w:r>
      <w:r>
        <w:rPr>
          <w:rFonts w:ascii="Times New Roman" w:hAnsi="Times New Roman" w:cs="Times New Roman"/>
        </w:rPr>
        <w:t>.</w:t>
      </w:r>
      <w:r>
        <w:rPr>
          <w:rFonts w:ascii="Times New Roman" w:hAnsi="Times New Roman" w:cs="Times New Roman"/>
        </w:rPr>
        <w:tab/>
      </w:r>
      <w:r w:rsidRPr="002E753D">
        <w:rPr>
          <w:rFonts w:ascii="Times New Roman" w:hAnsi="Times New Roman" w:cs="Times New Roman"/>
        </w:rPr>
        <w:t>JUNIOR Jumps not to exceed 80 cm.</w:t>
      </w:r>
    </w:p>
    <w:p w14:paraId="09216E2A" w14:textId="28E8F37F" w:rsidR="005E1B9F" w:rsidRDefault="005E1B9F" w:rsidP="00F26ACB">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B2A72">
        <w:rPr>
          <w:rFonts w:ascii="Times New Roman" w:hAnsi="Times New Roman" w:cs="Times New Roman"/>
          <w:b/>
          <w:bCs/>
          <w:color w:val="EE0000"/>
        </w:rPr>
        <w:t>Kindly sponsored by Hakin Motors</w:t>
      </w:r>
    </w:p>
    <w:p w14:paraId="2FFF02E1" w14:textId="4B1E9455" w:rsidR="005934E5" w:rsidRDefault="007A1573">
      <w:pPr>
        <w:rPr>
          <w:rFonts w:ascii="Times New Roman" w:hAnsi="Times New Roman" w:cs="Times New Roman"/>
        </w:rPr>
      </w:pPr>
      <w:r w:rsidRPr="002E753D">
        <w:rPr>
          <w:rFonts w:ascii="Times New Roman" w:hAnsi="Times New Roman" w:cs="Times New Roman"/>
        </w:rPr>
        <w:t xml:space="preserve">Class </w:t>
      </w:r>
      <w:r w:rsidR="008176E9">
        <w:rPr>
          <w:rFonts w:ascii="Times New Roman" w:hAnsi="Times New Roman" w:cs="Times New Roman"/>
        </w:rPr>
        <w:t>W</w:t>
      </w:r>
      <w:r w:rsidRPr="002E753D">
        <w:rPr>
          <w:rFonts w:ascii="Times New Roman" w:hAnsi="Times New Roman" w:cs="Times New Roman"/>
        </w:rPr>
        <w:t xml:space="preserve">12 </w:t>
      </w:r>
      <w:r w:rsidR="008176E9">
        <w:rPr>
          <w:rFonts w:ascii="Times New Roman" w:hAnsi="Times New Roman" w:cs="Times New Roman"/>
        </w:rPr>
        <w:t>WARMUP.</w:t>
      </w:r>
      <w:r w:rsidR="00941737">
        <w:rPr>
          <w:rFonts w:ascii="Times New Roman" w:hAnsi="Times New Roman" w:cs="Times New Roman"/>
        </w:rPr>
        <w:tab/>
      </w:r>
      <w:r w:rsidRPr="002E753D">
        <w:rPr>
          <w:rFonts w:ascii="Times New Roman" w:hAnsi="Times New Roman" w:cs="Times New Roman"/>
        </w:rPr>
        <w:t>SENIOR Jumps not to exceed 80 cm.</w:t>
      </w:r>
    </w:p>
    <w:p w14:paraId="63CEC1BF" w14:textId="79E59C1C" w:rsidR="00941737" w:rsidRDefault="00941737" w:rsidP="00941737">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12</w:t>
      </w:r>
      <w:r>
        <w:rPr>
          <w:rFonts w:ascii="Times New Roman" w:hAnsi="Times New Roman" w:cs="Times New Roman"/>
        </w:rPr>
        <w:t xml:space="preserve"> FINAL.</w:t>
      </w:r>
      <w:r>
        <w:rPr>
          <w:rFonts w:ascii="Times New Roman" w:hAnsi="Times New Roman" w:cs="Times New Roman"/>
        </w:rPr>
        <w:tab/>
      </w:r>
      <w:r w:rsidRPr="002E753D">
        <w:rPr>
          <w:rFonts w:ascii="Times New Roman" w:hAnsi="Times New Roman" w:cs="Times New Roman"/>
        </w:rPr>
        <w:t>SENIOR Jumps not to exceed 80 cm.</w:t>
      </w:r>
    </w:p>
    <w:p w14:paraId="22D2A30B" w14:textId="42BB0596" w:rsidR="005E1B9F" w:rsidRPr="00ED099C" w:rsidRDefault="00FA05C9">
      <w:pPr>
        <w:rPr>
          <w:rFonts w:ascii="Times New Roman" w:hAnsi="Times New Roman" w:cs="Times New Roman"/>
        </w:rPr>
      </w:pPr>
      <w:r>
        <w:rPr>
          <w:rFonts w:ascii="Times New Roman" w:hAnsi="Times New Roman" w:cs="Times New Roman"/>
        </w:rPr>
        <w:t>C</w:t>
      </w:r>
      <w:r w:rsidR="007A1573" w:rsidRPr="002E753D">
        <w:rPr>
          <w:rFonts w:ascii="Times New Roman" w:hAnsi="Times New Roman" w:cs="Times New Roman"/>
        </w:rPr>
        <w:t xml:space="preserve">lass </w:t>
      </w:r>
      <w:r>
        <w:rPr>
          <w:rFonts w:ascii="Times New Roman" w:hAnsi="Times New Roman" w:cs="Times New Roman"/>
        </w:rPr>
        <w:t>W</w:t>
      </w:r>
      <w:r w:rsidR="007A1573" w:rsidRPr="002E753D">
        <w:rPr>
          <w:rFonts w:ascii="Times New Roman" w:hAnsi="Times New Roman" w:cs="Times New Roman"/>
        </w:rPr>
        <w:t>13</w:t>
      </w:r>
      <w:r>
        <w:rPr>
          <w:rFonts w:ascii="Times New Roman" w:hAnsi="Times New Roman" w:cs="Times New Roman"/>
        </w:rPr>
        <w:t xml:space="preserve"> WARMUP.</w:t>
      </w:r>
      <w:r>
        <w:rPr>
          <w:rFonts w:ascii="Times New Roman" w:hAnsi="Times New Roman" w:cs="Times New Roman"/>
        </w:rPr>
        <w:tab/>
      </w:r>
      <w:r w:rsidR="007A1573" w:rsidRPr="002E753D">
        <w:rPr>
          <w:rFonts w:ascii="Times New Roman" w:hAnsi="Times New Roman" w:cs="Times New Roman"/>
        </w:rPr>
        <w:t xml:space="preserve"> JUNIOR Jumps not to exceed 90 cm.</w:t>
      </w:r>
    </w:p>
    <w:p w14:paraId="26FDDF56" w14:textId="39F6446A" w:rsidR="007F4AEF" w:rsidRDefault="006A2293" w:rsidP="00ED099C">
      <w:pPr>
        <w:tabs>
          <w:tab w:val="left" w:pos="720"/>
          <w:tab w:val="left" w:pos="1440"/>
          <w:tab w:val="left" w:pos="2160"/>
          <w:tab w:val="left" w:pos="2880"/>
          <w:tab w:val="left" w:pos="3600"/>
          <w:tab w:val="left" w:pos="4320"/>
          <w:tab w:val="left" w:pos="5040"/>
          <w:tab w:val="left" w:pos="5910"/>
        </w:tabs>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W</w:t>
      </w:r>
      <w:r w:rsidR="007F4AEF" w:rsidRPr="002E753D">
        <w:rPr>
          <w:rFonts w:ascii="Times New Roman" w:hAnsi="Times New Roman" w:cs="Times New Roman"/>
        </w:rPr>
        <w:t>13</w:t>
      </w:r>
      <w:r w:rsidR="007F4AEF">
        <w:rPr>
          <w:rFonts w:ascii="Times New Roman" w:hAnsi="Times New Roman" w:cs="Times New Roman"/>
        </w:rPr>
        <w:t xml:space="preserve"> FINAL.</w:t>
      </w:r>
      <w:r w:rsidR="007F4AEF">
        <w:rPr>
          <w:rFonts w:ascii="Times New Roman" w:hAnsi="Times New Roman" w:cs="Times New Roman"/>
        </w:rPr>
        <w:tab/>
      </w:r>
      <w:r w:rsidR="007F4AEF" w:rsidRPr="002E753D">
        <w:rPr>
          <w:rFonts w:ascii="Times New Roman" w:hAnsi="Times New Roman" w:cs="Times New Roman"/>
        </w:rPr>
        <w:t xml:space="preserve"> JUNIOR Jumps not to exceed 90 cm.</w:t>
      </w:r>
      <w:r w:rsidR="00ED099C">
        <w:rPr>
          <w:rFonts w:ascii="Times New Roman" w:hAnsi="Times New Roman" w:cs="Times New Roman"/>
        </w:rPr>
        <w:tab/>
      </w:r>
    </w:p>
    <w:p w14:paraId="45302CF4" w14:textId="18CFE212" w:rsidR="00ED099C" w:rsidRDefault="00ED099C" w:rsidP="00ED099C">
      <w:pPr>
        <w:tabs>
          <w:tab w:val="left" w:pos="720"/>
          <w:tab w:val="left" w:pos="1440"/>
          <w:tab w:val="left" w:pos="2160"/>
          <w:tab w:val="left" w:pos="2880"/>
          <w:tab w:val="left" w:pos="3600"/>
          <w:tab w:val="left" w:pos="4320"/>
          <w:tab w:val="left" w:pos="5040"/>
          <w:tab w:val="left" w:pos="5910"/>
        </w:tabs>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B2A72">
        <w:rPr>
          <w:rFonts w:ascii="Times New Roman" w:hAnsi="Times New Roman" w:cs="Times New Roman"/>
          <w:b/>
          <w:bCs/>
          <w:color w:val="EE0000"/>
        </w:rPr>
        <w:t xml:space="preserve">Kindly sponsored by </w:t>
      </w:r>
      <w:r>
        <w:rPr>
          <w:rFonts w:ascii="Times New Roman" w:hAnsi="Times New Roman" w:cs="Times New Roman"/>
          <w:b/>
          <w:bCs/>
          <w:color w:val="EE0000"/>
        </w:rPr>
        <w:t>Nigel Yea Agri Services</w:t>
      </w:r>
    </w:p>
    <w:p w14:paraId="526C4ACC" w14:textId="504C1985" w:rsidR="005934E5" w:rsidRDefault="00380AF0">
      <w:pPr>
        <w:rPr>
          <w:rFonts w:ascii="Times New Roman" w:hAnsi="Times New Roman" w:cs="Times New Roman"/>
        </w:rPr>
      </w:pPr>
      <w:r>
        <w:rPr>
          <w:rFonts w:ascii="Times New Roman" w:hAnsi="Times New Roman" w:cs="Times New Roman"/>
        </w:rPr>
        <w:t>Class W</w:t>
      </w:r>
      <w:r w:rsidR="007A1573" w:rsidRPr="002E753D">
        <w:rPr>
          <w:rFonts w:ascii="Times New Roman" w:hAnsi="Times New Roman" w:cs="Times New Roman"/>
        </w:rPr>
        <w:t xml:space="preserve">14 </w:t>
      </w:r>
      <w:r w:rsidR="006D720C">
        <w:rPr>
          <w:rFonts w:ascii="Times New Roman" w:hAnsi="Times New Roman" w:cs="Times New Roman"/>
        </w:rPr>
        <w:t>WARMUP.</w:t>
      </w:r>
      <w:r w:rsidR="006D720C">
        <w:rPr>
          <w:rFonts w:ascii="Times New Roman" w:hAnsi="Times New Roman" w:cs="Times New Roman"/>
        </w:rPr>
        <w:tab/>
      </w:r>
      <w:r w:rsidR="007A1573" w:rsidRPr="002E753D">
        <w:rPr>
          <w:rFonts w:ascii="Times New Roman" w:hAnsi="Times New Roman" w:cs="Times New Roman"/>
        </w:rPr>
        <w:t>SENIOR Jumps not to exceed 90 cm.</w:t>
      </w:r>
    </w:p>
    <w:p w14:paraId="0FD7F6D3" w14:textId="73AB662A" w:rsidR="00E61727" w:rsidRDefault="00E61727" w:rsidP="00E61727">
      <w:pPr>
        <w:rPr>
          <w:rFonts w:ascii="Times New Roman" w:hAnsi="Times New Roman" w:cs="Times New Roman"/>
        </w:rPr>
      </w:pPr>
      <w:r>
        <w:rPr>
          <w:rFonts w:ascii="Times New Roman" w:hAnsi="Times New Roman" w:cs="Times New Roman"/>
        </w:rPr>
        <w:t>Class F</w:t>
      </w:r>
      <w:r w:rsidRPr="002E753D">
        <w:rPr>
          <w:rFonts w:ascii="Times New Roman" w:hAnsi="Times New Roman" w:cs="Times New Roman"/>
        </w:rPr>
        <w:t xml:space="preserve">14 </w:t>
      </w:r>
      <w:r>
        <w:rPr>
          <w:rFonts w:ascii="Times New Roman" w:hAnsi="Times New Roman" w:cs="Times New Roman"/>
        </w:rPr>
        <w:t>FINAL.</w:t>
      </w:r>
      <w:r>
        <w:rPr>
          <w:rFonts w:ascii="Times New Roman" w:hAnsi="Times New Roman" w:cs="Times New Roman"/>
        </w:rPr>
        <w:tab/>
      </w:r>
      <w:r w:rsidRPr="002E753D">
        <w:rPr>
          <w:rFonts w:ascii="Times New Roman" w:hAnsi="Times New Roman" w:cs="Times New Roman"/>
        </w:rPr>
        <w:t>SENIOR Jumps not to exceed 90 cm.</w:t>
      </w:r>
    </w:p>
    <w:p w14:paraId="5BD42EA7" w14:textId="5827BF18" w:rsidR="00D215B9" w:rsidRDefault="00D215B9" w:rsidP="00E6172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B2A72">
        <w:rPr>
          <w:rFonts w:ascii="Times New Roman" w:hAnsi="Times New Roman" w:cs="Times New Roman"/>
          <w:b/>
          <w:bCs/>
          <w:color w:val="EE0000"/>
        </w:rPr>
        <w:t xml:space="preserve">Kindly sponsored by </w:t>
      </w:r>
      <w:r>
        <w:rPr>
          <w:rFonts w:ascii="Times New Roman" w:hAnsi="Times New Roman" w:cs="Times New Roman"/>
          <w:b/>
          <w:bCs/>
          <w:color w:val="EE0000"/>
        </w:rPr>
        <w:t>Nigel Yea Agri Services</w:t>
      </w:r>
    </w:p>
    <w:p w14:paraId="1F7E4795" w14:textId="5171B33F" w:rsidR="005934E5" w:rsidRDefault="007A1573">
      <w:pPr>
        <w:rPr>
          <w:rFonts w:ascii="Times New Roman" w:hAnsi="Times New Roman" w:cs="Times New Roman"/>
        </w:rPr>
      </w:pPr>
      <w:r w:rsidRPr="002E753D">
        <w:rPr>
          <w:rFonts w:ascii="Times New Roman" w:hAnsi="Times New Roman" w:cs="Times New Roman"/>
        </w:rPr>
        <w:t xml:space="preserve">Class </w:t>
      </w:r>
      <w:r w:rsidR="002874DB">
        <w:rPr>
          <w:rFonts w:ascii="Times New Roman" w:hAnsi="Times New Roman" w:cs="Times New Roman"/>
        </w:rPr>
        <w:t>W</w:t>
      </w:r>
      <w:r w:rsidRPr="002E753D">
        <w:rPr>
          <w:rFonts w:ascii="Times New Roman" w:hAnsi="Times New Roman" w:cs="Times New Roman"/>
        </w:rPr>
        <w:t>15</w:t>
      </w:r>
      <w:r w:rsidR="002874DB">
        <w:rPr>
          <w:rFonts w:ascii="Times New Roman" w:hAnsi="Times New Roman" w:cs="Times New Roman"/>
        </w:rPr>
        <w:t xml:space="preserve"> WARMUP.</w:t>
      </w:r>
      <w:r w:rsidR="002874DB">
        <w:rPr>
          <w:rFonts w:ascii="Times New Roman" w:hAnsi="Times New Roman" w:cs="Times New Roman"/>
        </w:rPr>
        <w:tab/>
      </w:r>
      <w:r w:rsidRPr="002E753D">
        <w:rPr>
          <w:rFonts w:ascii="Times New Roman" w:hAnsi="Times New Roman" w:cs="Times New Roman"/>
        </w:rPr>
        <w:t xml:space="preserve"> JUNIOR Jumps not to exceed 1 m.</w:t>
      </w:r>
    </w:p>
    <w:p w14:paraId="412A2C62" w14:textId="10F7ACD9" w:rsidR="002874DB" w:rsidRDefault="002874DB" w:rsidP="002874DB">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15</w:t>
      </w:r>
      <w:r>
        <w:rPr>
          <w:rFonts w:ascii="Times New Roman" w:hAnsi="Times New Roman" w:cs="Times New Roman"/>
        </w:rPr>
        <w:t xml:space="preserve"> </w:t>
      </w:r>
      <w:r w:rsidR="008E484E">
        <w:rPr>
          <w:rFonts w:ascii="Times New Roman" w:hAnsi="Times New Roman" w:cs="Times New Roman"/>
        </w:rPr>
        <w:t>FINAL</w:t>
      </w:r>
      <w:r>
        <w:rPr>
          <w:rFonts w:ascii="Times New Roman" w:hAnsi="Times New Roman" w:cs="Times New Roman"/>
        </w:rPr>
        <w:t>.</w:t>
      </w:r>
      <w:r>
        <w:rPr>
          <w:rFonts w:ascii="Times New Roman" w:hAnsi="Times New Roman" w:cs="Times New Roman"/>
        </w:rPr>
        <w:tab/>
      </w:r>
      <w:r w:rsidRPr="002E753D">
        <w:rPr>
          <w:rFonts w:ascii="Times New Roman" w:hAnsi="Times New Roman" w:cs="Times New Roman"/>
        </w:rPr>
        <w:t xml:space="preserve"> JUNIOR Jumps not to exceed 1 m.</w:t>
      </w:r>
    </w:p>
    <w:p w14:paraId="51B58BD3" w14:textId="09EE716E" w:rsidR="00EF247F" w:rsidRDefault="00EF247F" w:rsidP="002874DB">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B2A72">
        <w:rPr>
          <w:rFonts w:ascii="Times New Roman" w:hAnsi="Times New Roman" w:cs="Times New Roman"/>
          <w:b/>
          <w:bCs/>
          <w:color w:val="EE0000"/>
        </w:rPr>
        <w:t xml:space="preserve">Kindly sponsored by </w:t>
      </w:r>
      <w:r>
        <w:rPr>
          <w:rFonts w:ascii="Times New Roman" w:hAnsi="Times New Roman" w:cs="Times New Roman"/>
          <w:b/>
          <w:bCs/>
          <w:color w:val="EE0000"/>
        </w:rPr>
        <w:t>Sonia and Sophie Jamieson</w:t>
      </w:r>
    </w:p>
    <w:p w14:paraId="4A8CDFF1" w14:textId="75213C50" w:rsidR="005934E5" w:rsidRPr="002E753D" w:rsidRDefault="007A1573">
      <w:pPr>
        <w:rPr>
          <w:rFonts w:ascii="Times New Roman" w:hAnsi="Times New Roman" w:cs="Times New Roman"/>
        </w:rPr>
      </w:pPr>
      <w:r w:rsidRPr="002E753D">
        <w:rPr>
          <w:rFonts w:ascii="Times New Roman" w:hAnsi="Times New Roman" w:cs="Times New Roman"/>
        </w:rPr>
        <w:t xml:space="preserve">Class </w:t>
      </w:r>
      <w:r w:rsidR="008E484E">
        <w:rPr>
          <w:rFonts w:ascii="Times New Roman" w:hAnsi="Times New Roman" w:cs="Times New Roman"/>
        </w:rPr>
        <w:t>W</w:t>
      </w:r>
      <w:r w:rsidRPr="002E753D">
        <w:rPr>
          <w:rFonts w:ascii="Times New Roman" w:hAnsi="Times New Roman" w:cs="Times New Roman"/>
        </w:rPr>
        <w:t>16</w:t>
      </w:r>
      <w:r w:rsidR="008E484E">
        <w:rPr>
          <w:rFonts w:ascii="Times New Roman" w:hAnsi="Times New Roman" w:cs="Times New Roman"/>
        </w:rPr>
        <w:t xml:space="preserve"> WARMUP.</w:t>
      </w:r>
      <w:r w:rsidR="008E484E">
        <w:rPr>
          <w:rFonts w:ascii="Times New Roman" w:hAnsi="Times New Roman" w:cs="Times New Roman"/>
        </w:rPr>
        <w:tab/>
      </w:r>
      <w:r w:rsidRPr="002E753D">
        <w:rPr>
          <w:rFonts w:ascii="Times New Roman" w:hAnsi="Times New Roman" w:cs="Times New Roman"/>
        </w:rPr>
        <w:t xml:space="preserve"> SENIOR Jumps not to exceed 1 m.</w:t>
      </w:r>
    </w:p>
    <w:p w14:paraId="5071BFFE" w14:textId="6E60CF8C" w:rsidR="008E484E" w:rsidRDefault="008E484E" w:rsidP="008E484E">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16</w:t>
      </w:r>
      <w:r>
        <w:rPr>
          <w:rFonts w:ascii="Times New Roman" w:hAnsi="Times New Roman" w:cs="Times New Roman"/>
        </w:rPr>
        <w:t xml:space="preserve"> FINAL.</w:t>
      </w:r>
      <w:r>
        <w:rPr>
          <w:rFonts w:ascii="Times New Roman" w:hAnsi="Times New Roman" w:cs="Times New Roman"/>
        </w:rPr>
        <w:tab/>
      </w:r>
      <w:r w:rsidRPr="002E753D">
        <w:rPr>
          <w:rFonts w:ascii="Times New Roman" w:hAnsi="Times New Roman" w:cs="Times New Roman"/>
        </w:rPr>
        <w:t xml:space="preserve"> SENIOR Jumps not to exceed 1 m.</w:t>
      </w:r>
    </w:p>
    <w:p w14:paraId="2486046C" w14:textId="50D57EB4" w:rsidR="005E1B9F" w:rsidRPr="002E753D" w:rsidRDefault="005E1B9F" w:rsidP="008E484E">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B2A72">
        <w:rPr>
          <w:rFonts w:ascii="Times New Roman" w:hAnsi="Times New Roman" w:cs="Times New Roman"/>
          <w:b/>
          <w:bCs/>
          <w:color w:val="EE0000"/>
        </w:rPr>
        <w:t xml:space="preserve">Kindly sponsored by </w:t>
      </w:r>
      <w:r>
        <w:rPr>
          <w:rFonts w:ascii="Times New Roman" w:hAnsi="Times New Roman" w:cs="Times New Roman"/>
          <w:b/>
          <w:bCs/>
          <w:color w:val="EE0000"/>
        </w:rPr>
        <w:t>Jan Locke</w:t>
      </w:r>
    </w:p>
    <w:p w14:paraId="1977FEF7" w14:textId="77777777" w:rsidR="005934E5" w:rsidRPr="002E753D" w:rsidRDefault="005934E5">
      <w:pPr>
        <w:rPr>
          <w:rFonts w:ascii="Times New Roman" w:hAnsi="Times New Roman" w:cs="Times New Roman"/>
        </w:rPr>
      </w:pPr>
    </w:p>
    <w:p w14:paraId="1C9D862D" w14:textId="77777777" w:rsidR="0031089C" w:rsidRDefault="0031089C">
      <w:pPr>
        <w:rPr>
          <w:rFonts w:ascii="Times New Roman" w:hAnsi="Times New Roman" w:cs="Times New Roman"/>
          <w:sz w:val="16"/>
          <w:szCs w:val="16"/>
        </w:rPr>
      </w:pPr>
    </w:p>
    <w:p w14:paraId="155EC822" w14:textId="77777777" w:rsidR="0031089C" w:rsidRDefault="0031089C">
      <w:pPr>
        <w:rPr>
          <w:rFonts w:ascii="Times New Roman" w:hAnsi="Times New Roman" w:cs="Times New Roman"/>
          <w:sz w:val="16"/>
          <w:szCs w:val="16"/>
        </w:rPr>
      </w:pPr>
    </w:p>
    <w:p w14:paraId="7DA0B7BB" w14:textId="623138D9" w:rsidR="0053202D"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lastRenderedPageBreak/>
        <w:t>Additional notes:</w:t>
      </w:r>
    </w:p>
    <w:p w14:paraId="744734B8"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No ponies/horses to be left tied unaccompanied to trailers/lorries.</w:t>
      </w:r>
    </w:p>
    <w:p w14:paraId="6ABE5BEB"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All hay/droppings to be picked up please.</w:t>
      </w:r>
    </w:p>
    <w:p w14:paraId="61A904BF" w14:textId="5EE04363"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Liability Waiver:</w:t>
      </w:r>
    </w:p>
    <w:p w14:paraId="2C27EF53"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Owners/riders entering their ponies/horses do so entirely at their own risk.</w:t>
      </w:r>
    </w:p>
    <w:p w14:paraId="13151820"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Penskyber Equestrian, the owners of the showground and the organisers of the show accept no responsibility for loss, damage or injury to any person, animal or property.</w:t>
      </w:r>
    </w:p>
    <w:p w14:paraId="2B4B365A"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 organisers have taken every reasonable precaution to ensure the health and safety of all present.</w:t>
      </w:r>
    </w:p>
    <w:p w14:paraId="7F70F368"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For these measures to be effective, everyone must take all reasonable precautions to avoid and prevent accidents occurring and they must obey the instructions of the organisers, officials and stewards at all times.</w:t>
      </w:r>
    </w:p>
    <w:p w14:paraId="73247D27" w14:textId="0AB5FF93"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Save for the death or personal injury caused by the negligence of the organisers, or anyone for whom they are in law responsible, neither the organisers of this event nor any agent, employee or representative of these bodies, nor the landlord or his tenant, accepts any liability for any accident, loss, damage, injury or illness to horses, owners, riders, spectators, land, cars, their contents and accessories, or any other personal property whatsoever, whether caused by their negligence, breach of contract or in any other way whatsoever.</w:t>
      </w:r>
      <w:r w:rsidR="00AB5F25">
        <w:rPr>
          <w:rFonts w:ascii="Times New Roman" w:hAnsi="Times New Roman" w:cs="Times New Roman"/>
          <w:sz w:val="16"/>
          <w:szCs w:val="16"/>
        </w:rPr>
        <w:t xml:space="preserve">  </w:t>
      </w:r>
      <w:r w:rsidRPr="002E753D">
        <w:rPr>
          <w:rFonts w:ascii="Times New Roman" w:hAnsi="Times New Roman" w:cs="Times New Roman"/>
          <w:sz w:val="16"/>
          <w:szCs w:val="16"/>
        </w:rPr>
        <w:t>Entries are only accepted on this basis.</w:t>
      </w:r>
    </w:p>
    <w:p w14:paraId="59E2371B"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 organisers of this event have taken all reasonable precautions to ensure the health and safety of everyone present at this event.</w:t>
      </w:r>
    </w:p>
    <w:p w14:paraId="5668DD0D"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For these measures to be effective, everyone must take all reasonable precautions to avoid and prevent accidents.</w:t>
      </w:r>
    </w:p>
    <w:p w14:paraId="0FF51830"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They must obey the instructions of the organisers and all officials and stewards.</w:t>
      </w:r>
    </w:p>
    <w:p w14:paraId="48ADA275"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 xml:space="preserve">All competitors must have their own </w:t>
      </w:r>
      <w:proofErr w:type="gramStart"/>
      <w:r w:rsidRPr="002E753D">
        <w:rPr>
          <w:rFonts w:ascii="Times New Roman" w:hAnsi="Times New Roman" w:cs="Times New Roman"/>
          <w:sz w:val="16"/>
          <w:szCs w:val="16"/>
        </w:rPr>
        <w:t>third party</w:t>
      </w:r>
      <w:proofErr w:type="gramEnd"/>
      <w:r w:rsidRPr="002E753D">
        <w:rPr>
          <w:rFonts w:ascii="Times New Roman" w:hAnsi="Times New Roman" w:cs="Times New Roman"/>
          <w:sz w:val="16"/>
          <w:szCs w:val="16"/>
        </w:rPr>
        <w:t xml:space="preserve"> cover.</w:t>
      </w:r>
    </w:p>
    <w:p w14:paraId="483E451C" w14:textId="77777777" w:rsidR="005934E5" w:rsidRPr="002E753D" w:rsidRDefault="007A1573">
      <w:pPr>
        <w:rPr>
          <w:sz w:val="16"/>
          <w:szCs w:val="16"/>
        </w:rPr>
      </w:pPr>
      <w:r w:rsidRPr="002E753D">
        <w:rPr>
          <w:rFonts w:ascii="Times New Roman" w:hAnsi="Times New Roman" w:cs="Times New Roman"/>
          <w:sz w:val="16"/>
          <w:szCs w:val="16"/>
        </w:rPr>
        <w:t>Penskyber Equestrian and the organisers of this event are not legally responsible for any competitor and their</w:t>
      </w:r>
      <w:r w:rsidRPr="002E753D">
        <w:rPr>
          <w:sz w:val="16"/>
          <w:szCs w:val="16"/>
        </w:rPr>
        <w:t xml:space="preserve"> insurance will not cover you.</w:t>
      </w:r>
    </w:p>
    <w:sectPr w:rsidR="005934E5" w:rsidRPr="002E753D" w:rsidSect="008300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FB91310"/>
    <w:multiLevelType w:val="hybridMultilevel"/>
    <w:tmpl w:val="A5400240"/>
    <w:lvl w:ilvl="0" w:tplc="35C06590">
      <w:numFmt w:val="bullet"/>
      <w:lvlText w:val=""/>
      <w:lvlJc w:val="left"/>
      <w:pPr>
        <w:ind w:left="470" w:hanging="360"/>
      </w:pPr>
      <w:rPr>
        <w:rFonts w:ascii="Symbol" w:eastAsiaTheme="minorEastAsia" w:hAnsi="Symbol" w:cs="Times New Roman"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num w:numId="1" w16cid:durableId="968897419">
    <w:abstractNumId w:val="8"/>
  </w:num>
  <w:num w:numId="2" w16cid:durableId="1134909846">
    <w:abstractNumId w:val="6"/>
  </w:num>
  <w:num w:numId="3" w16cid:durableId="562986859">
    <w:abstractNumId w:val="5"/>
  </w:num>
  <w:num w:numId="4" w16cid:durableId="33501778">
    <w:abstractNumId w:val="4"/>
  </w:num>
  <w:num w:numId="5" w16cid:durableId="560167571">
    <w:abstractNumId w:val="7"/>
  </w:num>
  <w:num w:numId="6" w16cid:durableId="664553490">
    <w:abstractNumId w:val="3"/>
  </w:num>
  <w:num w:numId="7" w16cid:durableId="10953201">
    <w:abstractNumId w:val="2"/>
  </w:num>
  <w:num w:numId="8" w16cid:durableId="1432512215">
    <w:abstractNumId w:val="1"/>
  </w:num>
  <w:num w:numId="9" w16cid:durableId="961115770">
    <w:abstractNumId w:val="0"/>
  </w:num>
  <w:num w:numId="10" w16cid:durableId="6501403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5E7"/>
    <w:rsid w:val="000236CD"/>
    <w:rsid w:val="00034616"/>
    <w:rsid w:val="00035ECF"/>
    <w:rsid w:val="000511A3"/>
    <w:rsid w:val="0006063C"/>
    <w:rsid w:val="00066F4F"/>
    <w:rsid w:val="00086AEC"/>
    <w:rsid w:val="00107901"/>
    <w:rsid w:val="00120BAC"/>
    <w:rsid w:val="0012302A"/>
    <w:rsid w:val="0015074B"/>
    <w:rsid w:val="00186FA7"/>
    <w:rsid w:val="001928DB"/>
    <w:rsid w:val="002144DE"/>
    <w:rsid w:val="0027237A"/>
    <w:rsid w:val="002874DB"/>
    <w:rsid w:val="0029639D"/>
    <w:rsid w:val="002D0870"/>
    <w:rsid w:val="002E2447"/>
    <w:rsid w:val="002E753D"/>
    <w:rsid w:val="00304AC7"/>
    <w:rsid w:val="0031089C"/>
    <w:rsid w:val="00326F90"/>
    <w:rsid w:val="0033120A"/>
    <w:rsid w:val="00380AF0"/>
    <w:rsid w:val="00385349"/>
    <w:rsid w:val="003A7990"/>
    <w:rsid w:val="003C24DB"/>
    <w:rsid w:val="003C5203"/>
    <w:rsid w:val="003F09C4"/>
    <w:rsid w:val="003F4E7E"/>
    <w:rsid w:val="00422A97"/>
    <w:rsid w:val="00486819"/>
    <w:rsid w:val="004B4ABA"/>
    <w:rsid w:val="004B7AD2"/>
    <w:rsid w:val="0053202D"/>
    <w:rsid w:val="005559D3"/>
    <w:rsid w:val="00563F2E"/>
    <w:rsid w:val="005934E5"/>
    <w:rsid w:val="005B0398"/>
    <w:rsid w:val="005E1B9F"/>
    <w:rsid w:val="00646F20"/>
    <w:rsid w:val="00652DA6"/>
    <w:rsid w:val="006661F1"/>
    <w:rsid w:val="006A2293"/>
    <w:rsid w:val="006B5348"/>
    <w:rsid w:val="006D720C"/>
    <w:rsid w:val="006E0F06"/>
    <w:rsid w:val="006E606F"/>
    <w:rsid w:val="006E779B"/>
    <w:rsid w:val="00707E8C"/>
    <w:rsid w:val="00750C1D"/>
    <w:rsid w:val="00756C38"/>
    <w:rsid w:val="007A1573"/>
    <w:rsid w:val="007B58B0"/>
    <w:rsid w:val="007E4F89"/>
    <w:rsid w:val="007F098E"/>
    <w:rsid w:val="007F4AEF"/>
    <w:rsid w:val="00810CB8"/>
    <w:rsid w:val="008120D7"/>
    <w:rsid w:val="008176E9"/>
    <w:rsid w:val="00830058"/>
    <w:rsid w:val="00835F5F"/>
    <w:rsid w:val="00844B8F"/>
    <w:rsid w:val="00854D3F"/>
    <w:rsid w:val="008553CA"/>
    <w:rsid w:val="00873E80"/>
    <w:rsid w:val="00884179"/>
    <w:rsid w:val="00897AA6"/>
    <w:rsid w:val="008B7871"/>
    <w:rsid w:val="008C09A1"/>
    <w:rsid w:val="008E484E"/>
    <w:rsid w:val="008E6A02"/>
    <w:rsid w:val="00903B06"/>
    <w:rsid w:val="00904932"/>
    <w:rsid w:val="00935A36"/>
    <w:rsid w:val="00941737"/>
    <w:rsid w:val="00947ED9"/>
    <w:rsid w:val="0099707A"/>
    <w:rsid w:val="009B2A72"/>
    <w:rsid w:val="009B6E13"/>
    <w:rsid w:val="009D4D1E"/>
    <w:rsid w:val="009F19D0"/>
    <w:rsid w:val="00A3733D"/>
    <w:rsid w:val="00A63AA0"/>
    <w:rsid w:val="00A9227D"/>
    <w:rsid w:val="00A973A4"/>
    <w:rsid w:val="00AA1D8D"/>
    <w:rsid w:val="00AB4DD9"/>
    <w:rsid w:val="00AB5F25"/>
    <w:rsid w:val="00AB681A"/>
    <w:rsid w:val="00AD7444"/>
    <w:rsid w:val="00B03587"/>
    <w:rsid w:val="00B211B7"/>
    <w:rsid w:val="00B233AF"/>
    <w:rsid w:val="00B42C70"/>
    <w:rsid w:val="00B47730"/>
    <w:rsid w:val="00B54A27"/>
    <w:rsid w:val="00B65D0F"/>
    <w:rsid w:val="00B943A5"/>
    <w:rsid w:val="00B9449B"/>
    <w:rsid w:val="00BD2CD1"/>
    <w:rsid w:val="00C53A69"/>
    <w:rsid w:val="00C73A76"/>
    <w:rsid w:val="00C9436C"/>
    <w:rsid w:val="00C94BB3"/>
    <w:rsid w:val="00CB0664"/>
    <w:rsid w:val="00CB3286"/>
    <w:rsid w:val="00CB4902"/>
    <w:rsid w:val="00CC097F"/>
    <w:rsid w:val="00CD5C4E"/>
    <w:rsid w:val="00CD6A96"/>
    <w:rsid w:val="00D02333"/>
    <w:rsid w:val="00D215B9"/>
    <w:rsid w:val="00D4399D"/>
    <w:rsid w:val="00D62E8B"/>
    <w:rsid w:val="00D639C8"/>
    <w:rsid w:val="00DE60EE"/>
    <w:rsid w:val="00DF2521"/>
    <w:rsid w:val="00E06522"/>
    <w:rsid w:val="00E1777B"/>
    <w:rsid w:val="00E54452"/>
    <w:rsid w:val="00E57D0C"/>
    <w:rsid w:val="00E61727"/>
    <w:rsid w:val="00E8322C"/>
    <w:rsid w:val="00E91457"/>
    <w:rsid w:val="00EA58DC"/>
    <w:rsid w:val="00EA6E7B"/>
    <w:rsid w:val="00EB5352"/>
    <w:rsid w:val="00EB6DA7"/>
    <w:rsid w:val="00EC734E"/>
    <w:rsid w:val="00ED099C"/>
    <w:rsid w:val="00EF080E"/>
    <w:rsid w:val="00EF247F"/>
    <w:rsid w:val="00F26ACB"/>
    <w:rsid w:val="00F44549"/>
    <w:rsid w:val="00F54555"/>
    <w:rsid w:val="00F56968"/>
    <w:rsid w:val="00FA05C9"/>
    <w:rsid w:val="00FC2670"/>
    <w:rsid w:val="00FC693F"/>
    <w:rsid w:val="00FD3DDA"/>
    <w:rsid w:val="00FE0526"/>
    <w:rsid w:val="00FF5C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ED68B7"/>
  <w14:defaultImageDpi w14:val="300"/>
  <w15:docId w15:val="{7759976F-B466-491E-87C4-5A69D14E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Whitfield</cp:lastModifiedBy>
  <cp:revision>2</cp:revision>
  <dcterms:created xsi:type="dcterms:W3CDTF">2026-09-07T10:45:00Z</dcterms:created>
  <dcterms:modified xsi:type="dcterms:W3CDTF">2026-09-07T10:45:00Z</dcterms:modified>
  <cp:category/>
</cp:coreProperties>
</file>